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26AD" w14:textId="77777777" w:rsidR="00647F71" w:rsidRDefault="00000000" w:rsidP="00647F71">
      <w:pPr>
        <w:spacing w:after="280"/>
        <w:jc w:val="center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i/>
          <w:sz w:val="21"/>
        </w:rPr>
        <w:t xml:space="preserve">Completați cererea, semnați electronic și o </w:t>
      </w:r>
      <w:proofErr w:type="spellStart"/>
      <w:r>
        <w:rPr>
          <w:rFonts w:ascii="Times New Roman" w:hAnsi="Times New Roman"/>
          <w:i/>
          <w:sz w:val="21"/>
        </w:rPr>
        <w:t>transmiteți</w:t>
      </w:r>
      <w:proofErr w:type="spellEnd"/>
      <w:r>
        <w:rPr>
          <w:rFonts w:ascii="Times New Roman" w:hAnsi="Times New Roman"/>
          <w:i/>
          <w:sz w:val="21"/>
        </w:rPr>
        <w:t xml:space="preserve"> la </w:t>
      </w:r>
      <w:proofErr w:type="spellStart"/>
      <w:r>
        <w:rPr>
          <w:rFonts w:ascii="Times New Roman" w:hAnsi="Times New Roman"/>
          <w:i/>
          <w:sz w:val="21"/>
        </w:rPr>
        <w:t>poșta</w:t>
      </w:r>
      <w:proofErr w:type="spellEnd"/>
      <w:r>
        <w:rPr>
          <w:rFonts w:ascii="Times New Roman" w:hAnsi="Times New Roman"/>
          <w:i/>
          <w:sz w:val="21"/>
        </w:rPr>
        <w:t xml:space="preserve"> </w:t>
      </w:r>
      <w:proofErr w:type="spellStart"/>
      <w:r>
        <w:rPr>
          <w:rFonts w:ascii="Times New Roman" w:hAnsi="Times New Roman"/>
          <w:i/>
          <w:sz w:val="21"/>
        </w:rPr>
        <w:t>electronică</w:t>
      </w:r>
      <w:proofErr w:type="spellEnd"/>
      <w:r>
        <w:rPr>
          <w:rFonts w:ascii="Times New Roman" w:hAnsi="Times New Roman"/>
          <w:i/>
          <w:sz w:val="21"/>
        </w:rPr>
        <w:t xml:space="preserve">: </w:t>
      </w:r>
      <w:hyperlink r:id="rId6" w:history="1">
        <w:r w:rsidR="00647F71" w:rsidRPr="0011233A">
          <w:rPr>
            <w:rStyle w:val="Hyperlink"/>
            <w:rFonts w:ascii="Times New Roman" w:hAnsi="Times New Roman"/>
            <w:i/>
            <w:sz w:val="21"/>
          </w:rPr>
          <w:t>am@am.gov.md</w:t>
        </w:r>
      </w:hyperlink>
    </w:p>
    <w:p w14:paraId="73B19512" w14:textId="36ACB304" w:rsidR="0035563F" w:rsidRPr="00647F71" w:rsidRDefault="00647F71" w:rsidP="00647F71">
      <w:pPr>
        <w:spacing w:after="280"/>
        <w:jc w:val="center"/>
        <w:rPr>
          <w:rFonts w:ascii="Times New Roman" w:hAnsi="Times New Roman"/>
          <w:i/>
          <w:sz w:val="21"/>
        </w:rPr>
      </w:pPr>
      <w:r>
        <w:rPr>
          <w:rFonts w:ascii="Times New Roman" w:hAnsi="Times New Roman"/>
          <w:b/>
          <w:sz w:val="26"/>
        </w:rPr>
        <w:br/>
        <w:t>DECLARAŢIE PE PROPRIA RĂSPUNDERE</w:t>
      </w:r>
      <w:r>
        <w:rPr>
          <w:rFonts w:ascii="Times New Roman" w:hAnsi="Times New Roman"/>
          <w:b/>
          <w:sz w:val="26"/>
        </w:rPr>
        <w:br/>
      </w:r>
      <w:proofErr w:type="spellStart"/>
      <w:r>
        <w:rPr>
          <w:rFonts w:ascii="Times New Roman" w:hAnsi="Times New Roman"/>
          <w:b/>
          <w:sz w:val="24"/>
        </w:rPr>
        <w:t>privind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plasarea</w:t>
      </w:r>
      <w:proofErr w:type="spellEnd"/>
      <w:r>
        <w:rPr>
          <w:rFonts w:ascii="Times New Roman" w:hAnsi="Times New Roman"/>
          <w:b/>
          <w:sz w:val="24"/>
        </w:rPr>
        <w:t xml:space="preserve"> pe </w:t>
      </w:r>
      <w:proofErr w:type="spellStart"/>
      <w:r>
        <w:rPr>
          <w:rFonts w:ascii="Times New Roman" w:hAnsi="Times New Roman"/>
          <w:b/>
          <w:sz w:val="24"/>
        </w:rPr>
        <w:t>piață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a</w:t>
      </w:r>
      <w:proofErr w:type="gramEnd"/>
      <w:r>
        <w:rPr>
          <w:rFonts w:ascii="Times New Roman" w:hAnsi="Times New Roman"/>
          <w:b/>
          <w:sz w:val="24"/>
        </w:rPr>
        <w:t xml:space="preserve"> ambalajelor sub 100 kg/an</w:t>
      </w:r>
    </w:p>
    <w:p w14:paraId="234148F2" w14:textId="77777777" w:rsidR="00647F71" w:rsidRPr="007E36C1" w:rsidRDefault="00647F71" w:rsidP="00647F71">
      <w:pPr>
        <w:spacing w:after="80" w:line="240" w:lineRule="auto"/>
        <w:ind w:firstLine="720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Subsemnatul/a______________________________________________________________</w:t>
      </w:r>
    </w:p>
    <w:p w14:paraId="1A983FE9" w14:textId="77777777" w:rsidR="00647F71" w:rsidRPr="007E36C1" w:rsidRDefault="00647F71" w:rsidP="00647F71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domiciliat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/ă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____________________________, str.____________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_______________________</w:t>
      </w:r>
    </w:p>
    <w:p w14:paraId="5DD898DF" w14:textId="77777777" w:rsidR="00647F71" w:rsidRPr="007E36C1" w:rsidRDefault="00647F71" w:rsidP="00647F71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nr. ____________, tel. fix/</w:t>
      </w:r>
      <w:proofErr w:type="spellStart"/>
      <w:r w:rsidRPr="007E36C1">
        <w:rPr>
          <w:rFonts w:ascii="Times New Roman" w:hAnsi="Times New Roman"/>
          <w:sz w:val="24"/>
          <w:szCs w:val="24"/>
        </w:rPr>
        <w:t>mobil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 xml:space="preserve">___, </w:t>
      </w:r>
      <w:proofErr w:type="gramStart"/>
      <w:r w:rsidRPr="007E36C1"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7E36C1">
        <w:rPr>
          <w:rFonts w:ascii="Times New Roman" w:hAnsi="Times New Roman"/>
          <w:sz w:val="24"/>
          <w:szCs w:val="24"/>
        </w:rPr>
        <w:t>____________________</w:t>
      </w:r>
    </w:p>
    <w:p w14:paraId="596D8AF0" w14:textId="77777777" w:rsidR="00647F71" w:rsidRPr="007E36C1" w:rsidRDefault="00647F71" w:rsidP="00647F71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calitate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 __________________________ al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/a </w:t>
      </w:r>
      <w:proofErr w:type="spellStart"/>
      <w:r w:rsidRPr="007E36C1">
        <w:rPr>
          <w:rFonts w:ascii="Times New Roman" w:hAnsi="Times New Roman"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</w:t>
      </w:r>
    </w:p>
    <w:p w14:paraId="5A77F08D" w14:textId="77777777" w:rsidR="00647F71" w:rsidRPr="007E36C1" w:rsidRDefault="00647F71" w:rsidP="00647F71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 IDNO (</w:t>
      </w:r>
      <w:proofErr w:type="spellStart"/>
      <w:r w:rsidRPr="007E36C1">
        <w:rPr>
          <w:rFonts w:ascii="Times New Roman" w:hAnsi="Times New Roman"/>
          <w:i/>
          <w:iCs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>)_______________________</w:t>
      </w:r>
    </w:p>
    <w:p w14:paraId="4654497C" w14:textId="77777777" w:rsidR="00647F71" w:rsidRDefault="00647F71" w:rsidP="00647F71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adresa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_______________________, str. 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>nr. 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</w:t>
      </w:r>
    </w:p>
    <w:p w14:paraId="2A93E1FB" w14:textId="77777777" w:rsidR="00647F71" w:rsidRPr="00647F71" w:rsidRDefault="00647F71" w:rsidP="00647F71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47F71">
        <w:rPr>
          <w:rFonts w:ascii="Times New Roman" w:hAnsi="Times New Roman"/>
          <w:sz w:val="24"/>
          <w:szCs w:val="24"/>
        </w:rPr>
        <w:t>înregistrată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F71">
        <w:rPr>
          <w:rFonts w:ascii="Times New Roman" w:hAnsi="Times New Roman"/>
          <w:sz w:val="24"/>
          <w:szCs w:val="24"/>
        </w:rPr>
        <w:t>în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F71">
        <w:rPr>
          <w:rFonts w:ascii="Times New Roman" w:hAnsi="Times New Roman"/>
          <w:sz w:val="24"/>
          <w:szCs w:val="24"/>
        </w:rPr>
        <w:t>Registrul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de stat al </w:t>
      </w:r>
      <w:proofErr w:type="spellStart"/>
      <w:r w:rsidRPr="00647F71">
        <w:rPr>
          <w:rFonts w:ascii="Times New Roman" w:hAnsi="Times New Roman"/>
          <w:sz w:val="24"/>
          <w:szCs w:val="24"/>
        </w:rPr>
        <w:t>persoanelor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F71">
        <w:rPr>
          <w:rFonts w:ascii="Times New Roman" w:hAnsi="Times New Roman"/>
          <w:sz w:val="24"/>
          <w:szCs w:val="24"/>
        </w:rPr>
        <w:t>juridice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cu nr. _______________________________,</w:t>
      </w:r>
    </w:p>
    <w:p w14:paraId="3C1F6AA2" w14:textId="77777777" w:rsidR="0035563F" w:rsidRPr="00647F71" w:rsidRDefault="00000000">
      <w:pPr>
        <w:spacing w:before="100" w:after="100"/>
        <w:jc w:val="both"/>
        <w:rPr>
          <w:sz w:val="24"/>
          <w:szCs w:val="24"/>
        </w:rPr>
      </w:pPr>
      <w:proofErr w:type="spellStart"/>
      <w:r w:rsidRPr="00647F71">
        <w:rPr>
          <w:rFonts w:ascii="Times New Roman" w:hAnsi="Times New Roman"/>
          <w:sz w:val="24"/>
          <w:szCs w:val="24"/>
        </w:rPr>
        <w:t>declar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647F71">
        <w:rPr>
          <w:rFonts w:ascii="Times New Roman" w:hAnsi="Times New Roman"/>
          <w:sz w:val="24"/>
          <w:szCs w:val="24"/>
        </w:rPr>
        <w:t>proprie</w:t>
      </w:r>
      <w:proofErr w:type="spellEnd"/>
      <w:r w:rsidRPr="00647F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7F71">
        <w:rPr>
          <w:rFonts w:ascii="Times New Roman" w:hAnsi="Times New Roman"/>
          <w:sz w:val="24"/>
          <w:szCs w:val="24"/>
        </w:rPr>
        <w:t>răspundere</w:t>
      </w:r>
      <w:proofErr w:type="spellEnd"/>
      <w:r w:rsidRPr="00647F71">
        <w:rPr>
          <w:rFonts w:ascii="Times New Roman" w:hAnsi="Times New Roman"/>
          <w:sz w:val="24"/>
          <w:szCs w:val="24"/>
        </w:rPr>
        <w:t>, fiind în cunoștință de cauză cu prevederile art. 352¹ din Codul penal nr. 985/2002 cu privire la falsul în declarații, că:</w:t>
      </w:r>
    </w:p>
    <w:p w14:paraId="1C4A8CF7" w14:textId="77777777" w:rsidR="0035563F" w:rsidRPr="00647F71" w:rsidRDefault="00000000" w:rsidP="00647F71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47F71">
        <w:rPr>
          <w:rFonts w:ascii="Times New Roman" w:hAnsi="Times New Roman"/>
          <w:sz w:val="24"/>
          <w:szCs w:val="24"/>
        </w:rPr>
        <w:t>Întreprinderea pe care o reprezint plasează pe piață ambalaje în cantitate de maximum 100 kg pe an.</w:t>
      </w:r>
    </w:p>
    <w:p w14:paraId="730E9779" w14:textId="77777777" w:rsidR="0035563F" w:rsidRPr="00647F71" w:rsidRDefault="00000000" w:rsidP="00647F71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47F71">
        <w:rPr>
          <w:rFonts w:ascii="Times New Roman" w:hAnsi="Times New Roman"/>
          <w:sz w:val="24"/>
          <w:szCs w:val="24"/>
        </w:rPr>
        <w:t xml:space="preserve">Am luat cunoştinţă de prevederile Legii nr. 1540/1998 privind plata pentru poluarea mediului şi confirm că întreprinderea noastră se încadrează în categoria producătorilor exceptați de la obligaţia de a </w:t>
      </w:r>
      <w:proofErr w:type="gramStart"/>
      <w:r w:rsidRPr="00647F71">
        <w:rPr>
          <w:rFonts w:ascii="Times New Roman" w:hAnsi="Times New Roman"/>
          <w:sz w:val="24"/>
          <w:szCs w:val="24"/>
        </w:rPr>
        <w:t>plăti taxa</w:t>
      </w:r>
      <w:proofErr w:type="gramEnd"/>
      <w:r w:rsidRPr="00647F71">
        <w:rPr>
          <w:rFonts w:ascii="Times New Roman" w:hAnsi="Times New Roman"/>
          <w:sz w:val="24"/>
          <w:szCs w:val="24"/>
        </w:rPr>
        <w:t xml:space="preserve"> pentru poluarea mediului aferentă deşeurilor de ambalaje, conform art. 12 şi 29 din Legea nr. 209/2016 privind deşeurile.</w:t>
      </w:r>
    </w:p>
    <w:p w14:paraId="11D6028F" w14:textId="77777777" w:rsidR="0035563F" w:rsidRPr="00647F71" w:rsidRDefault="00000000" w:rsidP="00647F71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47F71">
        <w:rPr>
          <w:rFonts w:ascii="Times New Roman" w:hAnsi="Times New Roman"/>
          <w:sz w:val="24"/>
          <w:szCs w:val="24"/>
        </w:rPr>
        <w:t>Mă angajez să notific autorităţile competente în cazul în care cantitatea de ambalaje plasată pe piaţă va depăşi limita de 100 kg pe an.</w:t>
      </w:r>
    </w:p>
    <w:p w14:paraId="5A2CD654" w14:textId="77777777" w:rsidR="0035563F" w:rsidRPr="00647F71" w:rsidRDefault="00000000" w:rsidP="00647F71">
      <w:pPr>
        <w:pStyle w:val="Listparagraf"/>
        <w:numPr>
          <w:ilvl w:val="0"/>
          <w:numId w:val="10"/>
        </w:numPr>
        <w:spacing w:after="80"/>
        <w:jc w:val="both"/>
        <w:rPr>
          <w:sz w:val="24"/>
          <w:szCs w:val="24"/>
        </w:rPr>
      </w:pPr>
      <w:r w:rsidRPr="00647F71">
        <w:rPr>
          <w:rFonts w:ascii="Times New Roman" w:hAnsi="Times New Roman"/>
          <w:sz w:val="24"/>
          <w:szCs w:val="24"/>
        </w:rPr>
        <w:t>Prezenta declarație nu vizează ambalajele reutilizabile şi cele de unică folosinţă supuse sistemului de depozit pentru ambalaje în conformitate cu art. 54¹ alin. (1) din Legea nr. 209/2016 privind deşeurile.</w:t>
      </w:r>
    </w:p>
    <w:p w14:paraId="05273F11" w14:textId="77777777" w:rsidR="0035563F" w:rsidRDefault="0035563F">
      <w:pPr>
        <w:spacing w:before="240" w:after="120"/>
      </w:pPr>
    </w:p>
    <w:p w14:paraId="59D8533D" w14:textId="77777777" w:rsidR="00647F71" w:rsidRDefault="00647F71">
      <w:pPr>
        <w:spacing w:before="240" w:after="120"/>
      </w:pPr>
    </w:p>
    <w:p w14:paraId="6479502D" w14:textId="77777777" w:rsidR="00647F71" w:rsidRDefault="00647F71">
      <w:pPr>
        <w:spacing w:before="24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600"/>
        <w:gridCol w:w="3456"/>
      </w:tblGrid>
      <w:tr w:rsidR="0035563F" w14:paraId="5FF35F46" w14:textId="77777777">
        <w:trPr>
          <w:jc w:val="center"/>
        </w:trPr>
        <w:tc>
          <w:tcPr>
            <w:tcW w:w="2592" w:type="dxa"/>
          </w:tcPr>
          <w:p w14:paraId="4DAB2DE4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1"/>
              </w:rPr>
              <w:t>Data:</w:t>
            </w:r>
          </w:p>
        </w:tc>
        <w:tc>
          <w:tcPr>
            <w:tcW w:w="3600" w:type="dxa"/>
          </w:tcPr>
          <w:p w14:paraId="3B0C5EF1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1"/>
              </w:rPr>
              <w:t>Numele și prenumele:</w:t>
            </w:r>
          </w:p>
        </w:tc>
        <w:tc>
          <w:tcPr>
            <w:tcW w:w="3456" w:type="dxa"/>
          </w:tcPr>
          <w:p w14:paraId="64A31898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1"/>
              </w:rPr>
              <w:t>Semnătura şi ştampila:</w:t>
            </w:r>
          </w:p>
        </w:tc>
      </w:tr>
      <w:tr w:rsidR="0035563F" w14:paraId="165AE093" w14:textId="77777777">
        <w:trPr>
          <w:jc w:val="center"/>
        </w:trPr>
        <w:tc>
          <w:tcPr>
            <w:tcW w:w="2592" w:type="dxa"/>
          </w:tcPr>
          <w:p w14:paraId="169AFB64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sz w:val="21"/>
              </w:rPr>
              <w:t>___________________</w:t>
            </w:r>
          </w:p>
        </w:tc>
        <w:tc>
          <w:tcPr>
            <w:tcW w:w="3600" w:type="dxa"/>
          </w:tcPr>
          <w:p w14:paraId="52AAE193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sz w:val="21"/>
              </w:rPr>
              <w:t>_______________________</w:t>
            </w:r>
          </w:p>
        </w:tc>
        <w:tc>
          <w:tcPr>
            <w:tcW w:w="3456" w:type="dxa"/>
          </w:tcPr>
          <w:p w14:paraId="009CB1BA" w14:textId="77777777" w:rsidR="0035563F" w:rsidRDefault="00000000">
            <w:pPr>
              <w:spacing w:after="40"/>
            </w:pPr>
            <w:r>
              <w:rPr>
                <w:rFonts w:ascii="Times New Roman" w:hAnsi="Times New Roman"/>
                <w:sz w:val="21"/>
              </w:rPr>
              <w:t>_______________________</w:t>
            </w:r>
          </w:p>
        </w:tc>
      </w:tr>
    </w:tbl>
    <w:p w14:paraId="00ACC19A" w14:textId="77777777" w:rsidR="00647F71" w:rsidRDefault="00647F71">
      <w:pPr>
        <w:spacing w:before="160" w:after="40"/>
        <w:rPr>
          <w:rFonts w:ascii="Times New Roman" w:hAnsi="Times New Roman"/>
          <w:b/>
          <w:sz w:val="19"/>
        </w:rPr>
      </w:pPr>
    </w:p>
    <w:p w14:paraId="54EF95A0" w14:textId="77777777" w:rsidR="00647F71" w:rsidRDefault="00647F71">
      <w:pPr>
        <w:spacing w:before="160" w:after="40"/>
        <w:rPr>
          <w:rFonts w:ascii="Times New Roman" w:hAnsi="Times New Roman"/>
          <w:b/>
          <w:sz w:val="19"/>
        </w:rPr>
      </w:pPr>
    </w:p>
    <w:p w14:paraId="2DB35A5E" w14:textId="77777777" w:rsidR="00647F71" w:rsidRDefault="00647F71">
      <w:pPr>
        <w:spacing w:before="160" w:after="40"/>
        <w:rPr>
          <w:rFonts w:ascii="Times New Roman" w:hAnsi="Times New Roman"/>
          <w:b/>
          <w:sz w:val="19"/>
        </w:rPr>
      </w:pPr>
    </w:p>
    <w:p w14:paraId="37661D21" w14:textId="4D1095E9" w:rsidR="0035563F" w:rsidRDefault="00000000">
      <w:pPr>
        <w:spacing w:before="160" w:after="40"/>
      </w:pPr>
      <w:r>
        <w:rPr>
          <w:rFonts w:ascii="Times New Roman" w:hAnsi="Times New Roman"/>
          <w:b/>
          <w:sz w:val="19"/>
        </w:rPr>
        <w:t>Note:</w:t>
      </w:r>
    </w:p>
    <w:p w14:paraId="63784308" w14:textId="77777777" w:rsidR="0035563F" w:rsidRDefault="00000000">
      <w:pPr>
        <w:spacing w:after="20"/>
      </w:pPr>
      <w:r>
        <w:rPr>
          <w:rFonts w:ascii="Times New Roman" w:hAnsi="Times New Roman"/>
          <w:sz w:val="18"/>
        </w:rPr>
        <w:t>1. Prezenta declarație se completează anual.</w:t>
      </w:r>
    </w:p>
    <w:p w14:paraId="17B0695E" w14:textId="77777777" w:rsidR="0035563F" w:rsidRDefault="00000000">
      <w:pPr>
        <w:spacing w:after="20"/>
      </w:pPr>
      <w:r>
        <w:rPr>
          <w:rFonts w:ascii="Times New Roman" w:hAnsi="Times New Roman"/>
          <w:sz w:val="18"/>
        </w:rPr>
        <w:t>2. Declarația se păstrează la sediul Agenției de Mediu.</w:t>
      </w:r>
    </w:p>
    <w:p w14:paraId="65C6FE5B" w14:textId="77777777" w:rsidR="0035563F" w:rsidRDefault="00000000">
      <w:pPr>
        <w:spacing w:after="20"/>
      </w:pPr>
      <w:r>
        <w:rPr>
          <w:rFonts w:ascii="Times New Roman" w:hAnsi="Times New Roman"/>
          <w:sz w:val="18"/>
        </w:rPr>
        <w:t>3. Declarația care conține date false se pedepsește conform prevederilor Codului penal nr. 985/2002.</w:t>
      </w:r>
    </w:p>
    <w:sectPr w:rsidR="0035563F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942ADC"/>
    <w:multiLevelType w:val="hybridMultilevel"/>
    <w:tmpl w:val="A70C0756"/>
    <w:lvl w:ilvl="0" w:tplc="CA166D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262437">
    <w:abstractNumId w:val="8"/>
  </w:num>
  <w:num w:numId="2" w16cid:durableId="1022248168">
    <w:abstractNumId w:val="6"/>
  </w:num>
  <w:num w:numId="3" w16cid:durableId="256670068">
    <w:abstractNumId w:val="5"/>
  </w:num>
  <w:num w:numId="4" w16cid:durableId="1817994919">
    <w:abstractNumId w:val="4"/>
  </w:num>
  <w:num w:numId="5" w16cid:durableId="1073897585">
    <w:abstractNumId w:val="7"/>
  </w:num>
  <w:num w:numId="6" w16cid:durableId="298193182">
    <w:abstractNumId w:val="3"/>
  </w:num>
  <w:num w:numId="7" w16cid:durableId="521893684">
    <w:abstractNumId w:val="2"/>
  </w:num>
  <w:num w:numId="8" w16cid:durableId="340396164">
    <w:abstractNumId w:val="1"/>
  </w:num>
  <w:num w:numId="9" w16cid:durableId="1740787080">
    <w:abstractNumId w:val="0"/>
  </w:num>
  <w:num w:numId="10" w16cid:durableId="54017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563F"/>
    <w:rsid w:val="00647F71"/>
    <w:rsid w:val="00AA1D8D"/>
    <w:rsid w:val="00AE3369"/>
    <w:rsid w:val="00B47730"/>
    <w:rsid w:val="00B966B8"/>
    <w:rsid w:val="00CB0664"/>
    <w:rsid w:val="00E568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02AD0"/>
  <w14:defaultImageDpi w14:val="300"/>
  <w15:docId w15:val="{AD3A4CF3-0A87-4344-81A8-82510F97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47F71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47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@am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 - Lenovo 45</cp:lastModifiedBy>
  <cp:revision>3</cp:revision>
  <dcterms:created xsi:type="dcterms:W3CDTF">2013-12-23T23:15:00Z</dcterms:created>
  <dcterms:modified xsi:type="dcterms:W3CDTF">2026-08-20T11:52:00Z</dcterms:modified>
  <cp:category/>
</cp:coreProperties>
</file>