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9198" w14:textId="4C145DD0" w:rsidR="006B72AA" w:rsidRDefault="00000000" w:rsidP="00CA549E">
      <w:pPr>
        <w:spacing w:after="240"/>
        <w:jc w:val="center"/>
      </w:pPr>
      <w:proofErr w:type="spellStart"/>
      <w:r>
        <w:rPr>
          <w:rFonts w:ascii="Times New Roman" w:hAnsi="Times New Roman"/>
          <w:i/>
          <w:sz w:val="20"/>
        </w:rPr>
        <w:t>Completați</w:t>
      </w:r>
      <w:proofErr w:type="spellEnd"/>
      <w:r>
        <w:rPr>
          <w:rFonts w:ascii="Times New Roman" w:hAnsi="Times New Roman"/>
          <w:i/>
          <w:sz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</w:rPr>
        <w:t>cererea</w:t>
      </w:r>
      <w:proofErr w:type="spellEnd"/>
      <w:r>
        <w:rPr>
          <w:rFonts w:ascii="Times New Roman" w:hAnsi="Times New Roman"/>
          <w:i/>
          <w:sz w:val="20"/>
        </w:rPr>
        <w:t xml:space="preserve">, </w:t>
      </w:r>
      <w:proofErr w:type="spellStart"/>
      <w:r>
        <w:rPr>
          <w:rFonts w:ascii="Times New Roman" w:hAnsi="Times New Roman"/>
          <w:i/>
          <w:sz w:val="20"/>
        </w:rPr>
        <w:t>semnați</w:t>
      </w:r>
      <w:proofErr w:type="spellEnd"/>
      <w:r>
        <w:rPr>
          <w:rFonts w:ascii="Times New Roman" w:hAnsi="Times New Roman"/>
          <w:i/>
          <w:sz w:val="20"/>
        </w:rPr>
        <w:t xml:space="preserve"> electronic </w:t>
      </w:r>
      <w:proofErr w:type="spellStart"/>
      <w:r>
        <w:rPr>
          <w:rFonts w:ascii="Times New Roman" w:hAnsi="Times New Roman"/>
          <w:i/>
          <w:sz w:val="20"/>
        </w:rPr>
        <w:t>și</w:t>
      </w:r>
      <w:proofErr w:type="spellEnd"/>
      <w:r>
        <w:rPr>
          <w:rFonts w:ascii="Times New Roman" w:hAnsi="Times New Roman"/>
          <w:i/>
          <w:sz w:val="20"/>
        </w:rPr>
        <w:t xml:space="preserve"> o </w:t>
      </w:r>
      <w:proofErr w:type="spellStart"/>
      <w:r>
        <w:rPr>
          <w:rFonts w:ascii="Times New Roman" w:hAnsi="Times New Roman"/>
          <w:i/>
          <w:sz w:val="20"/>
        </w:rPr>
        <w:t>transmiteți</w:t>
      </w:r>
      <w:proofErr w:type="spellEnd"/>
      <w:r>
        <w:rPr>
          <w:rFonts w:ascii="Times New Roman" w:hAnsi="Times New Roman"/>
          <w:i/>
          <w:sz w:val="20"/>
        </w:rPr>
        <w:t xml:space="preserve"> la </w:t>
      </w:r>
      <w:proofErr w:type="spellStart"/>
      <w:r>
        <w:rPr>
          <w:rFonts w:ascii="Times New Roman" w:hAnsi="Times New Roman"/>
          <w:i/>
          <w:sz w:val="20"/>
        </w:rPr>
        <w:t>poșta</w:t>
      </w:r>
      <w:proofErr w:type="spellEnd"/>
      <w:r>
        <w:rPr>
          <w:rFonts w:ascii="Times New Roman" w:hAnsi="Times New Roman"/>
          <w:i/>
          <w:sz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</w:rPr>
        <w:t>electronică</w:t>
      </w:r>
      <w:proofErr w:type="spellEnd"/>
      <w:r>
        <w:rPr>
          <w:rFonts w:ascii="Times New Roman" w:hAnsi="Times New Roman"/>
          <w:i/>
          <w:sz w:val="20"/>
        </w:rPr>
        <w:t xml:space="preserve">: </w:t>
      </w:r>
      <w:hyperlink r:id="rId6" w:history="1">
        <w:r w:rsidR="00CA549E" w:rsidRPr="0004253B">
          <w:rPr>
            <w:rStyle w:val="Hyperlink"/>
            <w:rFonts w:ascii="Times New Roman" w:hAnsi="Times New Roman"/>
            <w:i/>
            <w:sz w:val="20"/>
          </w:rPr>
          <w:t>am@am.gov.md</w:t>
        </w:r>
      </w:hyperlink>
    </w:p>
    <w:p w14:paraId="3864044C" w14:textId="77777777" w:rsidR="00CA549E" w:rsidRPr="00CA549E" w:rsidRDefault="00CA549E" w:rsidP="00CA549E">
      <w:pPr>
        <w:spacing w:after="240"/>
        <w:jc w:val="center"/>
      </w:pPr>
    </w:p>
    <w:p w14:paraId="08DC72FC" w14:textId="76ABD425" w:rsidR="00366DFB" w:rsidRDefault="00000000">
      <w:pPr>
        <w:spacing w:after="240"/>
        <w:jc w:val="center"/>
      </w:pPr>
      <w:r>
        <w:rPr>
          <w:rFonts w:ascii="Times New Roman" w:hAnsi="Times New Roman"/>
          <w:b/>
          <w:sz w:val="25"/>
        </w:rPr>
        <w:t>DECLARAŢIE PE PROPRIA RĂSPUNDERE</w:t>
      </w:r>
      <w:r>
        <w:rPr>
          <w:rFonts w:ascii="Times New Roman" w:hAnsi="Times New Roman"/>
          <w:b/>
          <w:sz w:val="25"/>
        </w:rPr>
        <w:br/>
      </w:r>
      <w:proofErr w:type="spellStart"/>
      <w:r>
        <w:rPr>
          <w:rFonts w:ascii="Times New Roman" w:hAnsi="Times New Roman"/>
          <w:b/>
          <w:sz w:val="24"/>
        </w:rPr>
        <w:t>privind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gestionarea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anvelopelor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uzate</w:t>
      </w:r>
      <w:proofErr w:type="spellEnd"/>
    </w:p>
    <w:p w14:paraId="130C7D3C" w14:textId="77777777" w:rsidR="006158F5" w:rsidRPr="007E36C1" w:rsidRDefault="006158F5" w:rsidP="006158F5">
      <w:pPr>
        <w:spacing w:after="80" w:line="240" w:lineRule="auto"/>
        <w:ind w:firstLine="720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Subsemnatul/a______________________________________________________________</w:t>
      </w:r>
    </w:p>
    <w:p w14:paraId="612D2B34" w14:textId="77777777" w:rsidR="006158F5" w:rsidRPr="007E36C1" w:rsidRDefault="006158F5" w:rsidP="006158F5">
      <w:pPr>
        <w:spacing w:after="80" w:line="240" w:lineRule="auto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domiciliat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/ă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____________________________, str.____________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_______________________</w:t>
      </w:r>
    </w:p>
    <w:p w14:paraId="1CDF63E0" w14:textId="77777777" w:rsidR="006158F5" w:rsidRPr="007E36C1" w:rsidRDefault="006158F5" w:rsidP="006158F5">
      <w:pPr>
        <w:spacing w:after="80" w:line="240" w:lineRule="auto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nr. ____________, tel. fix/</w:t>
      </w:r>
      <w:proofErr w:type="spellStart"/>
      <w:r w:rsidRPr="007E36C1">
        <w:rPr>
          <w:rFonts w:ascii="Times New Roman" w:hAnsi="Times New Roman"/>
          <w:sz w:val="24"/>
          <w:szCs w:val="24"/>
        </w:rPr>
        <w:t>mobil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 xml:space="preserve">___, </w:t>
      </w:r>
      <w:proofErr w:type="gramStart"/>
      <w:r w:rsidRPr="007E36C1"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6C1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7E36C1">
        <w:rPr>
          <w:rFonts w:ascii="Times New Roman" w:hAnsi="Times New Roman"/>
          <w:sz w:val="24"/>
          <w:szCs w:val="24"/>
        </w:rPr>
        <w:t>____________________</w:t>
      </w:r>
    </w:p>
    <w:p w14:paraId="41075720" w14:textId="77777777" w:rsidR="006158F5" w:rsidRPr="007E36C1" w:rsidRDefault="006158F5" w:rsidP="006158F5">
      <w:pPr>
        <w:spacing w:after="80" w:line="240" w:lineRule="auto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calitate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 __________________________ al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/a </w:t>
      </w:r>
      <w:proofErr w:type="spellStart"/>
      <w:r w:rsidRPr="007E36C1">
        <w:rPr>
          <w:rFonts w:ascii="Times New Roman" w:hAnsi="Times New Roman"/>
          <w:sz w:val="24"/>
          <w:szCs w:val="24"/>
        </w:rPr>
        <w:t>întreprinderii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____________</w:t>
      </w:r>
    </w:p>
    <w:p w14:paraId="51A63CCB" w14:textId="77777777" w:rsidR="006158F5" w:rsidRPr="007E36C1" w:rsidRDefault="006158F5" w:rsidP="006158F5">
      <w:pPr>
        <w:spacing w:after="80" w:line="240" w:lineRule="auto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___, IDNO (</w:t>
      </w:r>
      <w:proofErr w:type="spellStart"/>
      <w:r w:rsidRPr="007E36C1">
        <w:rPr>
          <w:rFonts w:ascii="Times New Roman" w:hAnsi="Times New Roman"/>
          <w:i/>
          <w:iCs/>
          <w:sz w:val="24"/>
          <w:szCs w:val="24"/>
        </w:rPr>
        <w:t>întreprinderii</w:t>
      </w:r>
      <w:proofErr w:type="spellEnd"/>
      <w:r w:rsidRPr="007E36C1">
        <w:rPr>
          <w:rFonts w:ascii="Times New Roman" w:hAnsi="Times New Roman"/>
          <w:sz w:val="24"/>
          <w:szCs w:val="24"/>
        </w:rPr>
        <w:t>)_______________________</w:t>
      </w:r>
    </w:p>
    <w:p w14:paraId="71770D3D" w14:textId="77777777" w:rsidR="006158F5" w:rsidRDefault="006158F5" w:rsidP="006158F5">
      <w:pPr>
        <w:spacing w:after="8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adresa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juridică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_______________________, str. ________________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6C1">
        <w:rPr>
          <w:rFonts w:ascii="Times New Roman" w:hAnsi="Times New Roman"/>
          <w:sz w:val="24"/>
          <w:szCs w:val="24"/>
        </w:rPr>
        <w:t>nr. 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___,</w:t>
      </w:r>
    </w:p>
    <w:p w14:paraId="7F43C0A9" w14:textId="77777777" w:rsidR="006158F5" w:rsidRPr="007E36C1" w:rsidRDefault="006158F5" w:rsidP="006158F5">
      <w:pPr>
        <w:spacing w:after="8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înregistrată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Registrul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de stat al </w:t>
      </w:r>
      <w:proofErr w:type="spellStart"/>
      <w:r w:rsidRPr="007E36C1">
        <w:rPr>
          <w:rFonts w:ascii="Times New Roman" w:hAnsi="Times New Roman"/>
          <w:sz w:val="24"/>
          <w:szCs w:val="24"/>
        </w:rPr>
        <w:t>persoanelor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juridice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nr. _______________________________,</w:t>
      </w:r>
    </w:p>
    <w:p w14:paraId="65431BFD" w14:textId="77777777" w:rsidR="006158F5" w:rsidRPr="007E36C1" w:rsidRDefault="006158F5" w:rsidP="006158F5">
      <w:pPr>
        <w:spacing w:before="120" w:after="120"/>
        <w:ind w:right="150"/>
        <w:jc w:val="both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declar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7E36C1">
        <w:rPr>
          <w:rFonts w:ascii="Times New Roman" w:hAnsi="Times New Roman"/>
          <w:sz w:val="24"/>
          <w:szCs w:val="24"/>
        </w:rPr>
        <w:t>proprie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răspundere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36C1">
        <w:rPr>
          <w:rFonts w:ascii="Times New Roman" w:hAnsi="Times New Roman"/>
          <w:sz w:val="24"/>
          <w:szCs w:val="24"/>
        </w:rPr>
        <w:t>fiind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cunoștință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36C1">
        <w:rPr>
          <w:rFonts w:ascii="Times New Roman" w:hAnsi="Times New Roman"/>
          <w:sz w:val="24"/>
          <w:szCs w:val="24"/>
        </w:rPr>
        <w:t>cauză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36C1">
        <w:rPr>
          <w:rFonts w:ascii="Times New Roman" w:hAnsi="Times New Roman"/>
          <w:sz w:val="24"/>
          <w:szCs w:val="24"/>
        </w:rPr>
        <w:t>prevederile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art. 352¹ din </w:t>
      </w:r>
      <w:proofErr w:type="spellStart"/>
      <w:r w:rsidRPr="007E36C1">
        <w:rPr>
          <w:rFonts w:ascii="Times New Roman" w:hAnsi="Times New Roman"/>
          <w:sz w:val="24"/>
          <w:szCs w:val="24"/>
        </w:rPr>
        <w:t>Codul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penal nr. 985/2002 cu </w:t>
      </w:r>
      <w:proofErr w:type="spellStart"/>
      <w:r w:rsidRPr="007E36C1">
        <w:rPr>
          <w:rFonts w:ascii="Times New Roman" w:hAnsi="Times New Roman"/>
          <w:sz w:val="24"/>
          <w:szCs w:val="24"/>
        </w:rPr>
        <w:t>privire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36C1">
        <w:rPr>
          <w:rFonts w:ascii="Times New Roman" w:hAnsi="Times New Roman"/>
          <w:sz w:val="24"/>
          <w:szCs w:val="24"/>
        </w:rPr>
        <w:t>falsul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declarații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36C1">
        <w:rPr>
          <w:rFonts w:ascii="Times New Roman" w:hAnsi="Times New Roman"/>
          <w:sz w:val="24"/>
          <w:szCs w:val="24"/>
        </w:rPr>
        <w:t>că</w:t>
      </w:r>
      <w:proofErr w:type="spellEnd"/>
      <w:r w:rsidRPr="007E36C1">
        <w:rPr>
          <w:rFonts w:ascii="Times New Roman" w:hAnsi="Times New Roman"/>
          <w:sz w:val="24"/>
          <w:szCs w:val="24"/>
        </w:rPr>
        <w:t>:</w:t>
      </w:r>
    </w:p>
    <w:p w14:paraId="055599D7" w14:textId="77777777" w:rsidR="00366DFB" w:rsidRPr="006B72AA" w:rsidRDefault="00000000" w:rsidP="006B72AA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r w:rsidRPr="006B72AA">
        <w:rPr>
          <w:rFonts w:ascii="Times New Roman" w:hAnsi="Times New Roman"/>
          <w:sz w:val="24"/>
          <w:szCs w:val="24"/>
        </w:rPr>
        <w:t xml:space="preserve">Întreprinderea pe care o </w:t>
      </w:r>
      <w:proofErr w:type="spellStart"/>
      <w:r w:rsidRPr="006B72AA">
        <w:rPr>
          <w:rFonts w:ascii="Times New Roman" w:hAnsi="Times New Roman"/>
          <w:sz w:val="24"/>
          <w:szCs w:val="24"/>
        </w:rPr>
        <w:t>reprezint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importă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anvelope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pentru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uz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propriu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în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conformitate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cu pct. 12¹ din </w:t>
      </w:r>
      <w:proofErr w:type="spellStart"/>
      <w:r w:rsidRPr="006B72AA">
        <w:rPr>
          <w:rFonts w:ascii="Times New Roman" w:hAnsi="Times New Roman"/>
          <w:sz w:val="24"/>
          <w:szCs w:val="24"/>
        </w:rPr>
        <w:t>Regulament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72AA">
        <w:rPr>
          <w:rFonts w:ascii="Times New Roman" w:hAnsi="Times New Roman"/>
          <w:sz w:val="24"/>
          <w:szCs w:val="24"/>
        </w:rPr>
        <w:t>fără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intenția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de a le </w:t>
      </w:r>
      <w:proofErr w:type="spellStart"/>
      <w:r w:rsidRPr="006B72AA">
        <w:rPr>
          <w:rFonts w:ascii="Times New Roman" w:hAnsi="Times New Roman"/>
          <w:sz w:val="24"/>
          <w:szCs w:val="24"/>
        </w:rPr>
        <w:t>comercializa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, a le </w:t>
      </w:r>
      <w:proofErr w:type="spellStart"/>
      <w:r w:rsidRPr="006B72AA">
        <w:rPr>
          <w:rFonts w:ascii="Times New Roman" w:hAnsi="Times New Roman"/>
          <w:sz w:val="24"/>
          <w:szCs w:val="24"/>
        </w:rPr>
        <w:t>distribui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sau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a le </w:t>
      </w:r>
      <w:proofErr w:type="spellStart"/>
      <w:r w:rsidRPr="006B72AA">
        <w:rPr>
          <w:rFonts w:ascii="Times New Roman" w:hAnsi="Times New Roman"/>
          <w:sz w:val="24"/>
          <w:szCs w:val="24"/>
        </w:rPr>
        <w:t>utiliza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B72AA">
        <w:rPr>
          <w:rFonts w:ascii="Times New Roman" w:hAnsi="Times New Roman"/>
          <w:sz w:val="24"/>
          <w:szCs w:val="24"/>
        </w:rPr>
        <w:t>titlu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profesional</w:t>
      </w:r>
      <w:proofErr w:type="spellEnd"/>
      <w:r w:rsidRPr="006B72AA">
        <w:rPr>
          <w:rFonts w:ascii="Times New Roman" w:hAnsi="Times New Roman"/>
          <w:sz w:val="24"/>
          <w:szCs w:val="24"/>
        </w:rPr>
        <w:t>.</w:t>
      </w:r>
    </w:p>
    <w:p w14:paraId="3FFB8501" w14:textId="77777777" w:rsidR="00366DFB" w:rsidRPr="006B72AA" w:rsidRDefault="00000000" w:rsidP="006B72AA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r w:rsidRPr="006B72AA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6B72AA">
        <w:rPr>
          <w:rFonts w:ascii="Times New Roman" w:hAnsi="Times New Roman"/>
          <w:sz w:val="24"/>
          <w:szCs w:val="24"/>
        </w:rPr>
        <w:t>importă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următoarele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cantități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B72AA">
        <w:rPr>
          <w:rFonts w:ascii="Times New Roman" w:hAnsi="Times New Roman"/>
          <w:sz w:val="24"/>
          <w:szCs w:val="24"/>
        </w:rPr>
        <w:t>anvelope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Pr="006B72AA">
        <w:rPr>
          <w:rFonts w:ascii="Times New Roman" w:hAnsi="Times New Roman"/>
          <w:sz w:val="24"/>
          <w:szCs w:val="24"/>
        </w:rPr>
        <w:t>categoriei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și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codului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mărfii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prevăzut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în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anexa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nr. 1, </w:t>
      </w:r>
      <w:proofErr w:type="spellStart"/>
      <w:r w:rsidRPr="006B72AA">
        <w:rPr>
          <w:rFonts w:ascii="Times New Roman" w:hAnsi="Times New Roman"/>
          <w:sz w:val="24"/>
          <w:szCs w:val="24"/>
        </w:rPr>
        <w:t>declarate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în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unități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B72AA">
        <w:rPr>
          <w:rFonts w:ascii="Times New Roman" w:hAnsi="Times New Roman"/>
          <w:sz w:val="24"/>
          <w:szCs w:val="24"/>
        </w:rPr>
        <w:t>măsură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B72AA">
        <w:rPr>
          <w:rFonts w:ascii="Times New Roman" w:hAnsi="Times New Roman"/>
          <w:sz w:val="24"/>
          <w:szCs w:val="24"/>
        </w:rPr>
        <w:t>bucăți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/tone/kg). Lista se </w:t>
      </w:r>
      <w:proofErr w:type="spellStart"/>
      <w:r w:rsidRPr="006B72AA">
        <w:rPr>
          <w:rFonts w:ascii="Times New Roman" w:hAnsi="Times New Roman"/>
          <w:sz w:val="24"/>
          <w:szCs w:val="24"/>
        </w:rPr>
        <w:t>anexează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B72AA">
        <w:rPr>
          <w:rFonts w:ascii="Times New Roman" w:hAnsi="Times New Roman"/>
          <w:sz w:val="24"/>
          <w:szCs w:val="24"/>
        </w:rPr>
        <w:t>declarație</w:t>
      </w:r>
      <w:proofErr w:type="spellEnd"/>
      <w:r w:rsidRPr="006B72AA">
        <w:rPr>
          <w:rFonts w:ascii="Times New Roman" w:hAnsi="Times New Roman"/>
          <w:sz w:val="24"/>
          <w:szCs w:val="24"/>
        </w:rPr>
        <w:t>.</w:t>
      </w:r>
    </w:p>
    <w:p w14:paraId="2F2A3E2C" w14:textId="5C62909D" w:rsidR="00366DFB" w:rsidRPr="006B72AA" w:rsidRDefault="00000000" w:rsidP="006B72AA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r w:rsidRPr="006B72AA">
        <w:rPr>
          <w:rFonts w:ascii="Times New Roman" w:hAnsi="Times New Roman"/>
          <w:sz w:val="24"/>
          <w:szCs w:val="24"/>
        </w:rPr>
        <w:t xml:space="preserve">Ne </w:t>
      </w:r>
      <w:proofErr w:type="spellStart"/>
      <w:r w:rsidRPr="006B72AA">
        <w:rPr>
          <w:rFonts w:ascii="Times New Roman" w:hAnsi="Times New Roman"/>
          <w:sz w:val="24"/>
          <w:szCs w:val="24"/>
        </w:rPr>
        <w:t>angajăm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să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ținem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evidența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și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să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raportăm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cantitatea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B72AA">
        <w:rPr>
          <w:rFonts w:ascii="Times New Roman" w:hAnsi="Times New Roman"/>
          <w:sz w:val="24"/>
          <w:szCs w:val="24"/>
        </w:rPr>
        <w:t>deşeuri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generate </w:t>
      </w:r>
      <w:proofErr w:type="spellStart"/>
      <w:r w:rsidRPr="006B72AA">
        <w:rPr>
          <w:rFonts w:ascii="Times New Roman" w:hAnsi="Times New Roman"/>
          <w:sz w:val="24"/>
          <w:szCs w:val="24"/>
        </w:rPr>
        <w:t>şi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tratate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în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Sistemul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informațional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automatizat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6B72AA">
        <w:rPr>
          <w:rFonts w:ascii="Times New Roman" w:hAnsi="Times New Roman"/>
          <w:sz w:val="24"/>
          <w:szCs w:val="24"/>
        </w:rPr>
        <w:t>Managementul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deşeurilor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6B72AA">
        <w:rPr>
          <w:rFonts w:ascii="Times New Roman" w:hAnsi="Times New Roman"/>
          <w:sz w:val="24"/>
          <w:szCs w:val="24"/>
        </w:rPr>
        <w:t>în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conformitate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cu Lista </w:t>
      </w:r>
      <w:proofErr w:type="spellStart"/>
      <w:r w:rsidRPr="006B72AA">
        <w:rPr>
          <w:rFonts w:ascii="Times New Roman" w:hAnsi="Times New Roman"/>
          <w:sz w:val="24"/>
          <w:szCs w:val="24"/>
        </w:rPr>
        <w:t>deşeurilor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72AA">
        <w:rPr>
          <w:rFonts w:ascii="Times New Roman" w:hAnsi="Times New Roman"/>
          <w:sz w:val="24"/>
          <w:szCs w:val="24"/>
        </w:rPr>
        <w:t>aprobată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prin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Hotărârea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Guvernului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nr. 99/2018, </w:t>
      </w:r>
      <w:proofErr w:type="spellStart"/>
      <w:r w:rsidRPr="006B72AA">
        <w:rPr>
          <w:rFonts w:ascii="Times New Roman" w:hAnsi="Times New Roman"/>
          <w:sz w:val="24"/>
          <w:szCs w:val="24"/>
        </w:rPr>
        <w:t>și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B72AA">
        <w:rPr>
          <w:rFonts w:ascii="Times New Roman" w:hAnsi="Times New Roman"/>
          <w:sz w:val="24"/>
          <w:szCs w:val="24"/>
        </w:rPr>
        <w:t>Instrucțiunea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B72AA">
        <w:rPr>
          <w:rFonts w:ascii="Times New Roman" w:hAnsi="Times New Roman"/>
          <w:sz w:val="24"/>
          <w:szCs w:val="24"/>
        </w:rPr>
        <w:t>privire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B72AA">
        <w:rPr>
          <w:rFonts w:ascii="Times New Roman" w:hAnsi="Times New Roman"/>
          <w:sz w:val="24"/>
          <w:szCs w:val="24"/>
        </w:rPr>
        <w:t>ținerea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evidenței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și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transmiterea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datelor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și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informațiilor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despre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deşeuri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și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gestionarea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acestora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72AA">
        <w:rPr>
          <w:rFonts w:ascii="Times New Roman" w:hAnsi="Times New Roman"/>
          <w:sz w:val="24"/>
          <w:szCs w:val="24"/>
        </w:rPr>
        <w:t>aprobată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prin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Hotărârea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Guvernului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nr. 501/2018.</w:t>
      </w:r>
    </w:p>
    <w:p w14:paraId="029FEA6A" w14:textId="77777777" w:rsidR="00366DFB" w:rsidRPr="006B72AA" w:rsidRDefault="00000000" w:rsidP="006B72AA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r w:rsidRPr="006B72AA">
        <w:rPr>
          <w:rFonts w:ascii="Times New Roman" w:hAnsi="Times New Roman"/>
          <w:sz w:val="24"/>
          <w:szCs w:val="24"/>
        </w:rPr>
        <w:t xml:space="preserve">Ne </w:t>
      </w:r>
      <w:proofErr w:type="spellStart"/>
      <w:r w:rsidRPr="006B72AA">
        <w:rPr>
          <w:rFonts w:ascii="Times New Roman" w:hAnsi="Times New Roman"/>
          <w:sz w:val="24"/>
          <w:szCs w:val="24"/>
        </w:rPr>
        <w:t>angajăm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să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respectăm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cerințele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privind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gestionarea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anvelopelor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uzate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Pr="006B72AA">
        <w:rPr>
          <w:rFonts w:ascii="Times New Roman" w:hAnsi="Times New Roman"/>
          <w:sz w:val="24"/>
          <w:szCs w:val="24"/>
        </w:rPr>
        <w:t>Regulamentului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şi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prevederilor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Legii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nr. 209/2016 </w:t>
      </w:r>
      <w:proofErr w:type="spellStart"/>
      <w:r w:rsidRPr="006B72AA">
        <w:rPr>
          <w:rFonts w:ascii="Times New Roman" w:hAnsi="Times New Roman"/>
          <w:sz w:val="24"/>
          <w:szCs w:val="24"/>
        </w:rPr>
        <w:t>privind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deşeurile</w:t>
      </w:r>
      <w:proofErr w:type="spellEnd"/>
      <w:r w:rsidRPr="006B72AA">
        <w:rPr>
          <w:rFonts w:ascii="Times New Roman" w:hAnsi="Times New Roman"/>
          <w:sz w:val="24"/>
          <w:szCs w:val="24"/>
        </w:rPr>
        <w:t>.</w:t>
      </w:r>
    </w:p>
    <w:p w14:paraId="4BF0A279" w14:textId="77777777" w:rsidR="00366DFB" w:rsidRPr="006B72AA" w:rsidRDefault="00000000" w:rsidP="006B72AA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proofErr w:type="spellStart"/>
      <w:r w:rsidRPr="006B72AA">
        <w:rPr>
          <w:rFonts w:ascii="Times New Roman" w:hAnsi="Times New Roman"/>
          <w:sz w:val="24"/>
          <w:szCs w:val="24"/>
        </w:rPr>
        <w:t>Anvelopele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uzate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vor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fi predate </w:t>
      </w:r>
      <w:proofErr w:type="spellStart"/>
      <w:r w:rsidRPr="006B72AA">
        <w:rPr>
          <w:rFonts w:ascii="Times New Roman" w:hAnsi="Times New Roman"/>
          <w:sz w:val="24"/>
          <w:szCs w:val="24"/>
        </w:rPr>
        <w:t>operatorilor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autorizați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în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gestionarea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anvelopelor</w:t>
      </w:r>
      <w:proofErr w:type="spellEnd"/>
      <w:r w:rsidRPr="006B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AA">
        <w:rPr>
          <w:rFonts w:ascii="Times New Roman" w:hAnsi="Times New Roman"/>
          <w:sz w:val="24"/>
          <w:szCs w:val="24"/>
        </w:rPr>
        <w:t>uzate</w:t>
      </w:r>
      <w:proofErr w:type="spellEnd"/>
      <w:r w:rsidRPr="006B72AA">
        <w:rPr>
          <w:rFonts w:ascii="Times New Roman" w:hAnsi="Times New Roman"/>
          <w:sz w:val="24"/>
          <w:szCs w:val="24"/>
        </w:rPr>
        <w:t>.</w:t>
      </w:r>
    </w:p>
    <w:p w14:paraId="6995DE1D" w14:textId="77777777" w:rsidR="00366DFB" w:rsidRDefault="00366DFB">
      <w:pPr>
        <w:spacing w:before="240" w:after="160"/>
      </w:pPr>
    </w:p>
    <w:p w14:paraId="0A0BA4C0" w14:textId="77777777" w:rsidR="006B72AA" w:rsidRDefault="006B72AA">
      <w:pPr>
        <w:spacing w:before="240" w:after="160"/>
      </w:pPr>
    </w:p>
    <w:p w14:paraId="77DE610B" w14:textId="77777777" w:rsidR="006B72AA" w:rsidRDefault="006B72AA">
      <w:pPr>
        <w:spacing w:before="240" w:after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3600"/>
        <w:gridCol w:w="3456"/>
      </w:tblGrid>
      <w:tr w:rsidR="00366DFB" w14:paraId="306E7E74" w14:textId="77777777">
        <w:trPr>
          <w:jc w:val="center"/>
        </w:trPr>
        <w:tc>
          <w:tcPr>
            <w:tcW w:w="2592" w:type="dxa"/>
          </w:tcPr>
          <w:p w14:paraId="3576ED6E" w14:textId="77777777" w:rsidR="00366DFB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0"/>
              </w:rPr>
              <w:t>Data:</w:t>
            </w:r>
          </w:p>
        </w:tc>
        <w:tc>
          <w:tcPr>
            <w:tcW w:w="3600" w:type="dxa"/>
          </w:tcPr>
          <w:p w14:paraId="2E7F6835" w14:textId="77777777" w:rsidR="00366DFB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prenumele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3456" w:type="dxa"/>
          </w:tcPr>
          <w:p w14:paraId="68CD8B86" w14:textId="77777777" w:rsidR="00366DFB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Semnătura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ştampila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366DFB" w14:paraId="5DAA5CAC" w14:textId="77777777">
        <w:trPr>
          <w:jc w:val="center"/>
        </w:trPr>
        <w:tc>
          <w:tcPr>
            <w:tcW w:w="2592" w:type="dxa"/>
          </w:tcPr>
          <w:p w14:paraId="19F5FBC3" w14:textId="14263970" w:rsidR="00366DFB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</w:t>
            </w:r>
            <w:r w:rsidR="00CA549E">
              <w:rPr>
                <w:rFonts w:ascii="Times New Roman" w:hAnsi="Times New Roman"/>
                <w:sz w:val="20"/>
              </w:rPr>
              <w:t>__</w:t>
            </w:r>
            <w:r>
              <w:rPr>
                <w:rFonts w:ascii="Times New Roman" w:hAnsi="Times New Roman"/>
                <w:sz w:val="20"/>
              </w:rPr>
              <w:t>______</w:t>
            </w:r>
            <w:r w:rsidR="00BB7653">
              <w:rPr>
                <w:rFonts w:ascii="Times New Roman" w:hAnsi="Times New Roman"/>
                <w:sz w:val="20"/>
              </w:rPr>
              <w:t>__</w:t>
            </w:r>
            <w:r>
              <w:rPr>
                <w:rFonts w:ascii="Times New Roman" w:hAnsi="Times New Roman"/>
                <w:sz w:val="20"/>
              </w:rPr>
              <w:t>____</w:t>
            </w:r>
          </w:p>
        </w:tc>
        <w:tc>
          <w:tcPr>
            <w:tcW w:w="3600" w:type="dxa"/>
          </w:tcPr>
          <w:p w14:paraId="0CC83698" w14:textId="77777777" w:rsidR="00366DFB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  <w:tc>
          <w:tcPr>
            <w:tcW w:w="3456" w:type="dxa"/>
          </w:tcPr>
          <w:p w14:paraId="77E31505" w14:textId="77777777" w:rsidR="00366DFB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</w:tr>
    </w:tbl>
    <w:p w14:paraId="42C6D55E" w14:textId="77777777" w:rsidR="006B72AA" w:rsidRDefault="006B72AA">
      <w:pPr>
        <w:spacing w:before="160" w:after="40"/>
        <w:rPr>
          <w:rFonts w:ascii="Times New Roman" w:hAnsi="Times New Roman"/>
          <w:b/>
          <w:sz w:val="19"/>
        </w:rPr>
      </w:pPr>
    </w:p>
    <w:p w14:paraId="14C8CEA2" w14:textId="77777777" w:rsidR="006B72AA" w:rsidRDefault="006B72AA">
      <w:pPr>
        <w:spacing w:before="160" w:after="40"/>
        <w:rPr>
          <w:rFonts w:ascii="Times New Roman" w:hAnsi="Times New Roman"/>
          <w:b/>
          <w:sz w:val="19"/>
        </w:rPr>
      </w:pPr>
    </w:p>
    <w:p w14:paraId="6BB21610" w14:textId="60F43CAE" w:rsidR="00366DFB" w:rsidRDefault="00000000">
      <w:pPr>
        <w:spacing w:before="160" w:after="40"/>
      </w:pPr>
      <w:r>
        <w:rPr>
          <w:rFonts w:ascii="Times New Roman" w:hAnsi="Times New Roman"/>
          <w:b/>
          <w:sz w:val="19"/>
        </w:rPr>
        <w:t>Note:</w:t>
      </w:r>
    </w:p>
    <w:p w14:paraId="2A054D03" w14:textId="77777777" w:rsidR="00366DFB" w:rsidRDefault="00000000">
      <w:pPr>
        <w:spacing w:after="20"/>
      </w:pPr>
      <w:r>
        <w:rPr>
          <w:rFonts w:ascii="Times New Roman" w:hAnsi="Times New Roman"/>
          <w:sz w:val="18"/>
        </w:rPr>
        <w:t xml:space="preserve">1. </w:t>
      </w:r>
      <w:proofErr w:type="spellStart"/>
      <w:r>
        <w:rPr>
          <w:rFonts w:ascii="Times New Roman" w:hAnsi="Times New Roman"/>
          <w:sz w:val="18"/>
        </w:rPr>
        <w:t>Prezenta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declarație</w:t>
      </w:r>
      <w:proofErr w:type="spellEnd"/>
      <w:r>
        <w:rPr>
          <w:rFonts w:ascii="Times New Roman" w:hAnsi="Times New Roman"/>
          <w:sz w:val="18"/>
        </w:rPr>
        <w:t xml:space="preserve"> se </w:t>
      </w:r>
      <w:proofErr w:type="spellStart"/>
      <w:r>
        <w:rPr>
          <w:rFonts w:ascii="Times New Roman" w:hAnsi="Times New Roman"/>
          <w:sz w:val="18"/>
        </w:rPr>
        <w:t>completează</w:t>
      </w:r>
      <w:proofErr w:type="spellEnd"/>
      <w:r>
        <w:rPr>
          <w:rFonts w:ascii="Times New Roman" w:hAnsi="Times New Roman"/>
          <w:sz w:val="18"/>
        </w:rPr>
        <w:t xml:space="preserve"> la </w:t>
      </w:r>
      <w:proofErr w:type="spellStart"/>
      <w:r>
        <w:rPr>
          <w:rFonts w:ascii="Times New Roman" w:hAnsi="Times New Roman"/>
          <w:sz w:val="18"/>
        </w:rPr>
        <w:t>fiecare</w:t>
      </w:r>
      <w:proofErr w:type="spellEnd"/>
      <w:r>
        <w:rPr>
          <w:rFonts w:ascii="Times New Roman" w:hAnsi="Times New Roman"/>
          <w:sz w:val="18"/>
        </w:rPr>
        <w:t xml:space="preserve"> import.</w:t>
      </w:r>
    </w:p>
    <w:p w14:paraId="286846D4" w14:textId="77777777" w:rsidR="00366DFB" w:rsidRDefault="00000000">
      <w:pPr>
        <w:spacing w:after="20"/>
      </w:pPr>
      <w:r>
        <w:rPr>
          <w:rFonts w:ascii="Times New Roman" w:hAnsi="Times New Roman"/>
          <w:sz w:val="18"/>
        </w:rPr>
        <w:t xml:space="preserve">2. </w:t>
      </w:r>
      <w:proofErr w:type="spellStart"/>
      <w:r>
        <w:rPr>
          <w:rFonts w:ascii="Times New Roman" w:hAnsi="Times New Roman"/>
          <w:sz w:val="18"/>
        </w:rPr>
        <w:t>Declarația</w:t>
      </w:r>
      <w:proofErr w:type="spellEnd"/>
      <w:r>
        <w:rPr>
          <w:rFonts w:ascii="Times New Roman" w:hAnsi="Times New Roman"/>
          <w:sz w:val="18"/>
        </w:rPr>
        <w:t xml:space="preserve"> se </w:t>
      </w:r>
      <w:proofErr w:type="spellStart"/>
      <w:r>
        <w:rPr>
          <w:rFonts w:ascii="Times New Roman" w:hAnsi="Times New Roman"/>
          <w:sz w:val="18"/>
        </w:rPr>
        <w:t>păstrează</w:t>
      </w:r>
      <w:proofErr w:type="spellEnd"/>
      <w:r>
        <w:rPr>
          <w:rFonts w:ascii="Times New Roman" w:hAnsi="Times New Roman"/>
          <w:sz w:val="18"/>
        </w:rPr>
        <w:t xml:space="preserve"> la </w:t>
      </w:r>
      <w:proofErr w:type="spellStart"/>
      <w:r>
        <w:rPr>
          <w:rFonts w:ascii="Times New Roman" w:hAnsi="Times New Roman"/>
          <w:sz w:val="18"/>
        </w:rPr>
        <w:t>sediul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Agenției</w:t>
      </w:r>
      <w:proofErr w:type="spellEnd"/>
      <w:r>
        <w:rPr>
          <w:rFonts w:ascii="Times New Roman" w:hAnsi="Times New Roman"/>
          <w:sz w:val="18"/>
        </w:rPr>
        <w:t xml:space="preserve"> de </w:t>
      </w:r>
      <w:proofErr w:type="spellStart"/>
      <w:r>
        <w:rPr>
          <w:rFonts w:ascii="Times New Roman" w:hAnsi="Times New Roman"/>
          <w:sz w:val="18"/>
        </w:rPr>
        <w:t>Mediu</w:t>
      </w:r>
      <w:proofErr w:type="spellEnd"/>
      <w:r>
        <w:rPr>
          <w:rFonts w:ascii="Times New Roman" w:hAnsi="Times New Roman"/>
          <w:sz w:val="18"/>
        </w:rPr>
        <w:t>.</w:t>
      </w:r>
    </w:p>
    <w:p w14:paraId="43720B95" w14:textId="0F95840B" w:rsidR="00366DFB" w:rsidRDefault="00000000">
      <w:pPr>
        <w:spacing w:after="20"/>
      </w:pPr>
      <w:r>
        <w:rPr>
          <w:rFonts w:ascii="Times New Roman" w:hAnsi="Times New Roman"/>
          <w:sz w:val="18"/>
        </w:rPr>
        <w:lastRenderedPageBreak/>
        <w:t xml:space="preserve">3. </w:t>
      </w:r>
      <w:proofErr w:type="spellStart"/>
      <w:r>
        <w:rPr>
          <w:rFonts w:ascii="Times New Roman" w:hAnsi="Times New Roman"/>
          <w:sz w:val="18"/>
        </w:rPr>
        <w:t>Declarația</w:t>
      </w:r>
      <w:proofErr w:type="spellEnd"/>
      <w:r>
        <w:rPr>
          <w:rFonts w:ascii="Times New Roman" w:hAnsi="Times New Roman"/>
          <w:sz w:val="18"/>
        </w:rPr>
        <w:t xml:space="preserve"> care </w:t>
      </w:r>
      <w:proofErr w:type="spellStart"/>
      <w:r>
        <w:rPr>
          <w:rFonts w:ascii="Times New Roman" w:hAnsi="Times New Roman"/>
          <w:sz w:val="18"/>
        </w:rPr>
        <w:t>conține</w:t>
      </w:r>
      <w:proofErr w:type="spellEnd"/>
      <w:r>
        <w:rPr>
          <w:rFonts w:ascii="Times New Roman" w:hAnsi="Times New Roman"/>
          <w:sz w:val="18"/>
        </w:rPr>
        <w:t xml:space="preserve"> date false se </w:t>
      </w:r>
      <w:proofErr w:type="spellStart"/>
      <w:r>
        <w:rPr>
          <w:rFonts w:ascii="Times New Roman" w:hAnsi="Times New Roman"/>
          <w:sz w:val="18"/>
        </w:rPr>
        <w:t>pedepsește</w:t>
      </w:r>
      <w:proofErr w:type="spellEnd"/>
      <w:r>
        <w:rPr>
          <w:rFonts w:ascii="Times New Roman" w:hAnsi="Times New Roman"/>
          <w:sz w:val="18"/>
        </w:rPr>
        <w:t xml:space="preserve"> conform </w:t>
      </w:r>
      <w:proofErr w:type="spellStart"/>
      <w:r>
        <w:rPr>
          <w:rFonts w:ascii="Times New Roman" w:hAnsi="Times New Roman"/>
          <w:sz w:val="18"/>
        </w:rPr>
        <w:t>prevederilor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Codului</w:t>
      </w:r>
      <w:proofErr w:type="spellEnd"/>
      <w:r>
        <w:rPr>
          <w:rFonts w:ascii="Times New Roman" w:hAnsi="Times New Roman"/>
          <w:sz w:val="18"/>
        </w:rPr>
        <w:t xml:space="preserve"> penal nr. 985/2002</w:t>
      </w:r>
      <w:r w:rsidR="00BE5B53">
        <w:rPr>
          <w:rFonts w:ascii="Times New Roman" w:hAnsi="Times New Roman"/>
          <w:sz w:val="18"/>
        </w:rPr>
        <w:t>.</w:t>
      </w:r>
    </w:p>
    <w:p w14:paraId="09964BAF" w14:textId="77777777" w:rsidR="00366DFB" w:rsidRDefault="00000000">
      <w:pPr>
        <w:spacing w:after="160"/>
        <w:jc w:val="right"/>
        <w:rPr>
          <w:rFonts w:ascii="Times New Roman" w:hAnsi="Times New Roman"/>
          <w:i/>
          <w:sz w:val="21"/>
        </w:rPr>
      </w:pPr>
      <w:proofErr w:type="spellStart"/>
      <w:r>
        <w:rPr>
          <w:rFonts w:ascii="Times New Roman" w:hAnsi="Times New Roman"/>
          <w:i/>
          <w:sz w:val="21"/>
        </w:rPr>
        <w:t>Anexă</w:t>
      </w:r>
      <w:proofErr w:type="spellEnd"/>
      <w:r>
        <w:rPr>
          <w:rFonts w:ascii="Times New Roman" w:hAnsi="Times New Roman"/>
          <w:i/>
          <w:sz w:val="21"/>
        </w:rPr>
        <w:t xml:space="preserve"> la </w:t>
      </w:r>
      <w:proofErr w:type="spellStart"/>
      <w:r>
        <w:rPr>
          <w:rFonts w:ascii="Times New Roman" w:hAnsi="Times New Roman"/>
          <w:i/>
          <w:sz w:val="21"/>
        </w:rPr>
        <w:t>Declarația</w:t>
      </w:r>
      <w:proofErr w:type="spellEnd"/>
      <w:r>
        <w:rPr>
          <w:rFonts w:ascii="Times New Roman" w:hAnsi="Times New Roman"/>
          <w:i/>
          <w:sz w:val="21"/>
        </w:rPr>
        <w:t xml:space="preserve"> pe propria </w:t>
      </w:r>
      <w:proofErr w:type="spellStart"/>
      <w:r>
        <w:rPr>
          <w:rFonts w:ascii="Times New Roman" w:hAnsi="Times New Roman"/>
          <w:i/>
          <w:sz w:val="21"/>
        </w:rPr>
        <w:t>răspundere</w:t>
      </w:r>
      <w:proofErr w:type="spellEnd"/>
      <w:r>
        <w:rPr>
          <w:rFonts w:ascii="Times New Roman" w:hAnsi="Times New Roman"/>
          <w:i/>
          <w:sz w:val="21"/>
        </w:rPr>
        <w:br/>
      </w:r>
      <w:proofErr w:type="spellStart"/>
      <w:r>
        <w:rPr>
          <w:rFonts w:ascii="Times New Roman" w:hAnsi="Times New Roman"/>
          <w:i/>
          <w:sz w:val="21"/>
        </w:rPr>
        <w:t>privind</w:t>
      </w:r>
      <w:proofErr w:type="spellEnd"/>
      <w:r>
        <w:rPr>
          <w:rFonts w:ascii="Times New Roman" w:hAnsi="Times New Roman"/>
          <w:i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gestionarea</w:t>
      </w:r>
      <w:proofErr w:type="spellEnd"/>
      <w:r>
        <w:rPr>
          <w:rFonts w:ascii="Times New Roman" w:hAnsi="Times New Roman"/>
          <w:i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anvelopelor</w:t>
      </w:r>
      <w:proofErr w:type="spellEnd"/>
      <w:r>
        <w:rPr>
          <w:rFonts w:ascii="Times New Roman" w:hAnsi="Times New Roman"/>
          <w:i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uzate</w:t>
      </w:r>
      <w:proofErr w:type="spellEnd"/>
    </w:p>
    <w:p w14:paraId="2FBCC774" w14:textId="77777777" w:rsidR="006B72AA" w:rsidRDefault="006B72AA">
      <w:pPr>
        <w:spacing w:after="160"/>
        <w:jc w:val="right"/>
        <w:rPr>
          <w:rFonts w:ascii="Times New Roman" w:hAnsi="Times New Roman"/>
          <w:i/>
          <w:sz w:val="21"/>
        </w:rPr>
      </w:pPr>
    </w:p>
    <w:p w14:paraId="442D2734" w14:textId="77777777" w:rsidR="006B72AA" w:rsidRDefault="006B72AA">
      <w:pPr>
        <w:spacing w:after="160"/>
        <w:jc w:val="right"/>
      </w:pPr>
    </w:p>
    <w:p w14:paraId="65E2406E" w14:textId="77777777" w:rsidR="00366DFB" w:rsidRDefault="00000000">
      <w:pPr>
        <w:spacing w:after="280"/>
        <w:jc w:val="center"/>
      </w:pPr>
      <w:r>
        <w:rPr>
          <w:rFonts w:ascii="Times New Roman" w:hAnsi="Times New Roman"/>
          <w:b/>
          <w:sz w:val="24"/>
        </w:rPr>
        <w:t>LISTA ANVELOPELOR IMPORTATE PENTRU CONSUM PROPRIU</w:t>
      </w:r>
    </w:p>
    <w:tbl>
      <w:tblPr>
        <w:tblStyle w:val="TabelgrilLuminos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394"/>
        <w:gridCol w:w="2133"/>
        <w:gridCol w:w="2448"/>
      </w:tblGrid>
      <w:tr w:rsidR="00366DFB" w14:paraId="72955FAA" w14:textId="77777777" w:rsidTr="006B72AA">
        <w:tc>
          <w:tcPr>
            <w:tcW w:w="817" w:type="dxa"/>
          </w:tcPr>
          <w:p w14:paraId="33CE9D38" w14:textId="77777777" w:rsidR="00366DFB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Nr. d/o</w:t>
            </w:r>
          </w:p>
        </w:tc>
        <w:tc>
          <w:tcPr>
            <w:tcW w:w="4394" w:type="dxa"/>
          </w:tcPr>
          <w:p w14:paraId="728094B1" w14:textId="77777777" w:rsidR="00366DFB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Categoria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anvelope</w:t>
            </w:r>
            <w:proofErr w:type="spellEnd"/>
          </w:p>
          <w:p w14:paraId="18723E58" w14:textId="4E726B7F" w:rsidR="00CA549E" w:rsidRDefault="00CA549E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(conform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anexei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1 din HG 610/2022)</w:t>
            </w:r>
          </w:p>
        </w:tc>
        <w:tc>
          <w:tcPr>
            <w:tcW w:w="2133" w:type="dxa"/>
          </w:tcPr>
          <w:p w14:paraId="71CE7701" w14:textId="77777777" w:rsidR="00366DFB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Cod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tarifar</w:t>
            </w:r>
            <w:proofErr w:type="spellEnd"/>
          </w:p>
        </w:tc>
        <w:tc>
          <w:tcPr>
            <w:tcW w:w="2448" w:type="dxa"/>
          </w:tcPr>
          <w:p w14:paraId="18B854AE" w14:textId="110133E6" w:rsidR="00366DFB" w:rsidRDefault="00000000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Unități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, kg </w:t>
            </w:r>
          </w:p>
        </w:tc>
      </w:tr>
      <w:tr w:rsidR="00366DFB" w14:paraId="3E7D2827" w14:textId="77777777" w:rsidTr="006B72AA">
        <w:trPr>
          <w:trHeight w:val="1793"/>
        </w:trPr>
        <w:tc>
          <w:tcPr>
            <w:tcW w:w="817" w:type="dxa"/>
          </w:tcPr>
          <w:p w14:paraId="6783EF65" w14:textId="77777777" w:rsidR="00366DFB" w:rsidRDefault="00000000">
            <w:pPr>
              <w:spacing w:before="120" w:after="1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394" w:type="dxa"/>
          </w:tcPr>
          <w:p w14:paraId="4B83F299" w14:textId="77777777" w:rsidR="00366DFB" w:rsidRDefault="00366DFB">
            <w:pPr>
              <w:spacing w:before="120" w:after="120"/>
            </w:pPr>
          </w:p>
        </w:tc>
        <w:tc>
          <w:tcPr>
            <w:tcW w:w="2133" w:type="dxa"/>
          </w:tcPr>
          <w:p w14:paraId="1FFEA98E" w14:textId="77777777" w:rsidR="00366DFB" w:rsidRDefault="00366DFB">
            <w:pPr>
              <w:spacing w:before="120" w:after="120"/>
            </w:pPr>
          </w:p>
        </w:tc>
        <w:tc>
          <w:tcPr>
            <w:tcW w:w="2448" w:type="dxa"/>
          </w:tcPr>
          <w:p w14:paraId="07BB7B7D" w14:textId="7E9A0283" w:rsidR="00366DFB" w:rsidRDefault="00C661B3" w:rsidP="00C661B3">
            <w:pPr>
              <w:spacing w:before="120" w:after="120"/>
              <w:jc w:val="center"/>
            </w:pPr>
            <w:r w:rsidRPr="0070523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</w:t>
            </w:r>
            <w:proofErr w:type="spellStart"/>
            <w:proofErr w:type="gramStart"/>
            <w:r w:rsidRPr="0070523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buc</w:t>
            </w:r>
            <w:proofErr w:type="spellEnd"/>
            <w:proofErr w:type="gramEnd"/>
            <w:r w:rsidRPr="0070523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.) / (kg)</w:t>
            </w:r>
          </w:p>
        </w:tc>
      </w:tr>
    </w:tbl>
    <w:p w14:paraId="1B086934" w14:textId="77777777" w:rsidR="00366DFB" w:rsidRDefault="00366DFB">
      <w:pPr>
        <w:spacing w:before="480" w:after="80"/>
      </w:pPr>
    </w:p>
    <w:p w14:paraId="4541586F" w14:textId="77777777" w:rsidR="006B72AA" w:rsidRDefault="006B72AA">
      <w:pPr>
        <w:spacing w:before="480"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3600"/>
        <w:gridCol w:w="3456"/>
      </w:tblGrid>
      <w:tr w:rsidR="00366DFB" w14:paraId="28001601" w14:textId="77777777">
        <w:trPr>
          <w:jc w:val="center"/>
        </w:trPr>
        <w:tc>
          <w:tcPr>
            <w:tcW w:w="2592" w:type="dxa"/>
          </w:tcPr>
          <w:p w14:paraId="2CB8B2BA" w14:textId="77777777" w:rsidR="00366DFB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0"/>
              </w:rPr>
              <w:t>Data:</w:t>
            </w:r>
          </w:p>
        </w:tc>
        <w:tc>
          <w:tcPr>
            <w:tcW w:w="3600" w:type="dxa"/>
          </w:tcPr>
          <w:p w14:paraId="44AD644F" w14:textId="77777777" w:rsidR="00366DFB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prenumele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3456" w:type="dxa"/>
          </w:tcPr>
          <w:p w14:paraId="4AEE0344" w14:textId="77777777" w:rsidR="00366DFB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Semnătura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ştampila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366DFB" w14:paraId="580D0F5A" w14:textId="77777777">
        <w:trPr>
          <w:jc w:val="center"/>
        </w:trPr>
        <w:tc>
          <w:tcPr>
            <w:tcW w:w="2592" w:type="dxa"/>
          </w:tcPr>
          <w:p w14:paraId="2658F716" w14:textId="67AD59E4" w:rsidR="00366DFB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</w:t>
            </w:r>
            <w:r w:rsidR="00E9245C">
              <w:rPr>
                <w:rFonts w:ascii="Times New Roman" w:hAnsi="Times New Roman"/>
                <w:sz w:val="20"/>
              </w:rPr>
              <w:t>___</w:t>
            </w:r>
            <w:r w:rsidR="00BB7653">
              <w:rPr>
                <w:rFonts w:ascii="Times New Roman" w:hAnsi="Times New Roman"/>
                <w:sz w:val="20"/>
              </w:rPr>
              <w:t>__</w:t>
            </w:r>
            <w:r>
              <w:rPr>
                <w:rFonts w:ascii="Times New Roman" w:hAnsi="Times New Roman"/>
                <w:sz w:val="20"/>
              </w:rPr>
              <w:t>________</w:t>
            </w:r>
          </w:p>
        </w:tc>
        <w:tc>
          <w:tcPr>
            <w:tcW w:w="3600" w:type="dxa"/>
          </w:tcPr>
          <w:p w14:paraId="3E0BCED9" w14:textId="77777777" w:rsidR="00366DFB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  <w:tc>
          <w:tcPr>
            <w:tcW w:w="3456" w:type="dxa"/>
          </w:tcPr>
          <w:p w14:paraId="660B3C16" w14:textId="77777777" w:rsidR="00366DFB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</w:tr>
    </w:tbl>
    <w:p w14:paraId="0812D71A" w14:textId="77777777" w:rsidR="00F952C3" w:rsidRDefault="00F952C3"/>
    <w:sectPr w:rsidR="00F952C3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C3739"/>
    <w:multiLevelType w:val="hybridMultilevel"/>
    <w:tmpl w:val="BFBE52A6"/>
    <w:lvl w:ilvl="0" w:tplc="294826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81274">
    <w:abstractNumId w:val="8"/>
  </w:num>
  <w:num w:numId="2" w16cid:durableId="625543604">
    <w:abstractNumId w:val="6"/>
  </w:num>
  <w:num w:numId="3" w16cid:durableId="1104498337">
    <w:abstractNumId w:val="5"/>
  </w:num>
  <w:num w:numId="4" w16cid:durableId="360517706">
    <w:abstractNumId w:val="4"/>
  </w:num>
  <w:num w:numId="5" w16cid:durableId="578752628">
    <w:abstractNumId w:val="7"/>
  </w:num>
  <w:num w:numId="6" w16cid:durableId="417140137">
    <w:abstractNumId w:val="3"/>
  </w:num>
  <w:num w:numId="7" w16cid:durableId="1935356786">
    <w:abstractNumId w:val="2"/>
  </w:num>
  <w:num w:numId="8" w16cid:durableId="1954052558">
    <w:abstractNumId w:val="1"/>
  </w:num>
  <w:num w:numId="9" w16cid:durableId="1904027939">
    <w:abstractNumId w:val="0"/>
  </w:num>
  <w:num w:numId="10" w16cid:durableId="20096705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99E"/>
    <w:rsid w:val="0015074B"/>
    <w:rsid w:val="0029639D"/>
    <w:rsid w:val="00326F90"/>
    <w:rsid w:val="00366DFB"/>
    <w:rsid w:val="005956E1"/>
    <w:rsid w:val="006158F5"/>
    <w:rsid w:val="006B72AA"/>
    <w:rsid w:val="00751A14"/>
    <w:rsid w:val="00926BA2"/>
    <w:rsid w:val="00A7161A"/>
    <w:rsid w:val="00AA1D8D"/>
    <w:rsid w:val="00B47730"/>
    <w:rsid w:val="00BB7653"/>
    <w:rsid w:val="00BC14D3"/>
    <w:rsid w:val="00BC6764"/>
    <w:rsid w:val="00BE5B53"/>
    <w:rsid w:val="00C661B3"/>
    <w:rsid w:val="00CA549E"/>
    <w:rsid w:val="00CB0664"/>
    <w:rsid w:val="00E24097"/>
    <w:rsid w:val="00E9245C"/>
    <w:rsid w:val="00F952C3"/>
    <w:rsid w:val="00FB6D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193C55"/>
  <w14:defaultImageDpi w14:val="300"/>
  <w15:docId w15:val="{8EBAFDD9-DF07-43EA-8F8C-82CF09BD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grilLuminos">
    <w:name w:val="Grid Table Light"/>
    <w:basedOn w:val="TabelNormal"/>
    <w:uiPriority w:val="99"/>
    <w:rsid w:val="006B72A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primar1">
    <w:name w:val="Plain Table 1"/>
    <w:basedOn w:val="TabelNormal"/>
    <w:uiPriority w:val="99"/>
    <w:rsid w:val="006B72A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deparagrafimplicit"/>
    <w:uiPriority w:val="99"/>
    <w:unhideWhenUsed/>
    <w:rsid w:val="00CA549E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A5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m@am.gov.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 - Lenovo 45</cp:lastModifiedBy>
  <cp:revision>14</cp:revision>
  <dcterms:created xsi:type="dcterms:W3CDTF">2013-12-23T23:15:00Z</dcterms:created>
  <dcterms:modified xsi:type="dcterms:W3CDTF">2026-08-20T06:14:00Z</dcterms:modified>
  <cp:category/>
</cp:coreProperties>
</file>