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08D401" w14:textId="581418BA" w:rsidR="00FF0D9E" w:rsidRDefault="00FF0D9E" w:rsidP="00FF0D9E">
      <w:pPr>
        <w:spacing w:after="240"/>
        <w:jc w:val="center"/>
      </w:pPr>
      <w:proofErr w:type="spellStart"/>
      <w:r>
        <w:rPr>
          <w:rFonts w:ascii="Times New Roman" w:hAnsi="Times New Roman"/>
          <w:i/>
          <w:sz w:val="20"/>
        </w:rPr>
        <w:t>Completați</w:t>
      </w:r>
      <w:proofErr w:type="spellEnd"/>
      <w:r>
        <w:rPr>
          <w:rFonts w:ascii="Times New Roman" w:hAnsi="Times New Roman"/>
          <w:i/>
          <w:sz w:val="20"/>
        </w:rPr>
        <w:t xml:space="preserve"> </w:t>
      </w:r>
      <w:proofErr w:type="spellStart"/>
      <w:r>
        <w:rPr>
          <w:rFonts w:ascii="Times New Roman" w:hAnsi="Times New Roman"/>
          <w:i/>
          <w:sz w:val="20"/>
        </w:rPr>
        <w:t>cererea</w:t>
      </w:r>
      <w:proofErr w:type="spellEnd"/>
      <w:r>
        <w:rPr>
          <w:rFonts w:ascii="Times New Roman" w:hAnsi="Times New Roman"/>
          <w:i/>
          <w:sz w:val="20"/>
        </w:rPr>
        <w:t xml:space="preserve">, </w:t>
      </w:r>
      <w:proofErr w:type="spellStart"/>
      <w:r>
        <w:rPr>
          <w:rFonts w:ascii="Times New Roman" w:hAnsi="Times New Roman"/>
          <w:i/>
          <w:sz w:val="20"/>
        </w:rPr>
        <w:t>semnați</w:t>
      </w:r>
      <w:proofErr w:type="spellEnd"/>
      <w:r>
        <w:rPr>
          <w:rFonts w:ascii="Times New Roman" w:hAnsi="Times New Roman"/>
          <w:i/>
          <w:sz w:val="20"/>
        </w:rPr>
        <w:t xml:space="preserve"> electronic </w:t>
      </w:r>
      <w:proofErr w:type="spellStart"/>
      <w:r>
        <w:rPr>
          <w:rFonts w:ascii="Times New Roman" w:hAnsi="Times New Roman"/>
          <w:i/>
          <w:sz w:val="20"/>
        </w:rPr>
        <w:t>și</w:t>
      </w:r>
      <w:proofErr w:type="spellEnd"/>
      <w:r>
        <w:rPr>
          <w:rFonts w:ascii="Times New Roman" w:hAnsi="Times New Roman"/>
          <w:i/>
          <w:sz w:val="20"/>
        </w:rPr>
        <w:t xml:space="preserve"> o </w:t>
      </w:r>
      <w:proofErr w:type="spellStart"/>
      <w:r>
        <w:rPr>
          <w:rFonts w:ascii="Times New Roman" w:hAnsi="Times New Roman"/>
          <w:i/>
          <w:sz w:val="20"/>
        </w:rPr>
        <w:t>transmiteți</w:t>
      </w:r>
      <w:proofErr w:type="spellEnd"/>
      <w:r>
        <w:rPr>
          <w:rFonts w:ascii="Times New Roman" w:hAnsi="Times New Roman"/>
          <w:i/>
          <w:sz w:val="20"/>
        </w:rPr>
        <w:t xml:space="preserve"> la </w:t>
      </w:r>
      <w:proofErr w:type="spellStart"/>
      <w:r w:rsidRPr="0095709B">
        <w:rPr>
          <w:rFonts w:ascii="Times New Roman" w:hAnsi="Times New Roman"/>
          <w:i/>
          <w:sz w:val="20"/>
        </w:rPr>
        <w:t>poșta</w:t>
      </w:r>
      <w:proofErr w:type="spellEnd"/>
      <w:r w:rsidRPr="0095709B">
        <w:rPr>
          <w:rFonts w:ascii="Times New Roman" w:hAnsi="Times New Roman"/>
          <w:i/>
          <w:sz w:val="20"/>
        </w:rPr>
        <w:t xml:space="preserve"> </w:t>
      </w:r>
      <w:proofErr w:type="spellStart"/>
      <w:r w:rsidRPr="0095709B">
        <w:rPr>
          <w:rFonts w:ascii="Times New Roman" w:hAnsi="Times New Roman"/>
          <w:i/>
          <w:sz w:val="20"/>
        </w:rPr>
        <w:t>electronică</w:t>
      </w:r>
      <w:proofErr w:type="spellEnd"/>
      <w:r w:rsidRPr="0095709B">
        <w:rPr>
          <w:rFonts w:ascii="Times New Roman" w:hAnsi="Times New Roman"/>
          <w:i/>
          <w:sz w:val="20"/>
        </w:rPr>
        <w:t xml:space="preserve">: </w:t>
      </w:r>
      <w:hyperlink r:id="rId6" w:history="1">
        <w:r w:rsidRPr="00C21D21">
          <w:rPr>
            <w:rStyle w:val="Hyperlink"/>
            <w:rFonts w:ascii="Times New Roman" w:hAnsi="Times New Roman"/>
            <w:i/>
            <w:sz w:val="20"/>
          </w:rPr>
          <w:t>am@am.gov.md</w:t>
        </w:r>
      </w:hyperlink>
    </w:p>
    <w:p w14:paraId="5B91A8F7" w14:textId="77777777" w:rsidR="00FF0D9E" w:rsidRPr="00FF0D9E" w:rsidRDefault="00FF0D9E" w:rsidP="00FF0D9E">
      <w:pPr>
        <w:spacing w:after="240"/>
        <w:jc w:val="center"/>
      </w:pPr>
    </w:p>
    <w:p w14:paraId="4B77D89B" w14:textId="77777777" w:rsidR="006038A8" w:rsidRDefault="00000000">
      <w:pPr>
        <w:spacing w:after="280"/>
        <w:jc w:val="center"/>
      </w:pPr>
      <w:r>
        <w:rPr>
          <w:rFonts w:ascii="Times New Roman" w:hAnsi="Times New Roman"/>
          <w:b/>
          <w:sz w:val="26"/>
        </w:rPr>
        <w:t>DECLARAŢIE PE PROPRIA RĂSPUNDERE</w:t>
      </w:r>
      <w:r>
        <w:rPr>
          <w:rFonts w:ascii="Times New Roman" w:hAnsi="Times New Roman"/>
          <w:b/>
          <w:sz w:val="26"/>
        </w:rPr>
        <w:br/>
      </w:r>
      <w:proofErr w:type="spellStart"/>
      <w:r>
        <w:rPr>
          <w:rFonts w:ascii="Times New Roman" w:hAnsi="Times New Roman"/>
          <w:b/>
          <w:sz w:val="24"/>
        </w:rPr>
        <w:t>privind</w:t>
      </w:r>
      <w:proofErr w:type="spellEnd"/>
      <w:r>
        <w:rPr>
          <w:rFonts w:ascii="Times New Roman" w:hAnsi="Times New Roman"/>
          <w:b/>
          <w:sz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</w:rPr>
        <w:t>gestionarea</w:t>
      </w:r>
      <w:proofErr w:type="spellEnd"/>
      <w:r>
        <w:rPr>
          <w:rFonts w:ascii="Times New Roman" w:hAnsi="Times New Roman"/>
          <w:b/>
          <w:sz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</w:rPr>
        <w:t>bateriilor</w:t>
      </w:r>
      <w:proofErr w:type="spellEnd"/>
      <w:r>
        <w:rPr>
          <w:rFonts w:ascii="Times New Roman" w:hAnsi="Times New Roman"/>
          <w:b/>
          <w:sz w:val="24"/>
        </w:rPr>
        <w:br/>
      </w:r>
      <w:proofErr w:type="spellStart"/>
      <w:r>
        <w:rPr>
          <w:rFonts w:ascii="Times New Roman" w:hAnsi="Times New Roman"/>
          <w:b/>
          <w:sz w:val="24"/>
        </w:rPr>
        <w:t>şi</w:t>
      </w:r>
      <w:proofErr w:type="spellEnd"/>
      <w:r>
        <w:rPr>
          <w:rFonts w:ascii="Times New Roman" w:hAnsi="Times New Roman"/>
          <w:b/>
          <w:sz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</w:rPr>
        <w:t>acumulatorilor</w:t>
      </w:r>
      <w:proofErr w:type="spellEnd"/>
      <w:r>
        <w:rPr>
          <w:rFonts w:ascii="Times New Roman" w:hAnsi="Times New Roman"/>
          <w:b/>
          <w:sz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</w:rPr>
        <w:t>şi</w:t>
      </w:r>
      <w:proofErr w:type="spellEnd"/>
      <w:r>
        <w:rPr>
          <w:rFonts w:ascii="Times New Roman" w:hAnsi="Times New Roman"/>
          <w:b/>
          <w:sz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</w:rPr>
        <w:t>deşeurilor</w:t>
      </w:r>
      <w:proofErr w:type="spellEnd"/>
      <w:r>
        <w:rPr>
          <w:rFonts w:ascii="Times New Roman" w:hAnsi="Times New Roman"/>
          <w:b/>
          <w:sz w:val="24"/>
        </w:rPr>
        <w:t xml:space="preserve"> de </w:t>
      </w:r>
      <w:proofErr w:type="spellStart"/>
      <w:r>
        <w:rPr>
          <w:rFonts w:ascii="Times New Roman" w:hAnsi="Times New Roman"/>
          <w:b/>
          <w:sz w:val="24"/>
        </w:rPr>
        <w:t>baterii</w:t>
      </w:r>
      <w:proofErr w:type="spellEnd"/>
      <w:r>
        <w:rPr>
          <w:rFonts w:ascii="Times New Roman" w:hAnsi="Times New Roman"/>
          <w:b/>
          <w:sz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</w:rPr>
        <w:t>și</w:t>
      </w:r>
      <w:proofErr w:type="spellEnd"/>
      <w:r>
        <w:rPr>
          <w:rFonts w:ascii="Times New Roman" w:hAnsi="Times New Roman"/>
          <w:b/>
          <w:sz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</w:rPr>
        <w:t>acumulatori</w:t>
      </w:r>
      <w:proofErr w:type="spellEnd"/>
    </w:p>
    <w:p w14:paraId="312E3525" w14:textId="77777777" w:rsidR="00FF0D9E" w:rsidRPr="007E36C1" w:rsidRDefault="00FF0D9E" w:rsidP="00FF0D9E">
      <w:pPr>
        <w:spacing w:after="80" w:line="240" w:lineRule="auto"/>
        <w:ind w:firstLine="720"/>
        <w:rPr>
          <w:sz w:val="24"/>
          <w:szCs w:val="24"/>
        </w:rPr>
      </w:pPr>
      <w:r w:rsidRPr="007E36C1">
        <w:rPr>
          <w:rFonts w:ascii="Times New Roman" w:hAnsi="Times New Roman"/>
          <w:sz w:val="24"/>
          <w:szCs w:val="24"/>
        </w:rPr>
        <w:t>Subsemnatul/a______________________________________________________________</w:t>
      </w:r>
    </w:p>
    <w:p w14:paraId="54B99D4A" w14:textId="77777777" w:rsidR="00FF0D9E" w:rsidRPr="007E36C1" w:rsidRDefault="00FF0D9E" w:rsidP="00FF0D9E">
      <w:pPr>
        <w:spacing w:after="80" w:line="240" w:lineRule="auto"/>
        <w:rPr>
          <w:sz w:val="24"/>
          <w:szCs w:val="24"/>
        </w:rPr>
      </w:pPr>
      <w:proofErr w:type="spellStart"/>
      <w:r w:rsidRPr="007E36C1">
        <w:rPr>
          <w:rFonts w:ascii="Times New Roman" w:hAnsi="Times New Roman"/>
          <w:sz w:val="24"/>
          <w:szCs w:val="24"/>
        </w:rPr>
        <w:t>domiciliat</w:t>
      </w:r>
      <w:proofErr w:type="spellEnd"/>
      <w:r w:rsidRPr="007E36C1">
        <w:rPr>
          <w:rFonts w:ascii="Times New Roman" w:hAnsi="Times New Roman"/>
          <w:sz w:val="24"/>
          <w:szCs w:val="24"/>
        </w:rPr>
        <w:t xml:space="preserve">/ă </w:t>
      </w:r>
      <w:proofErr w:type="spellStart"/>
      <w:r w:rsidRPr="007E36C1">
        <w:rPr>
          <w:rFonts w:ascii="Times New Roman" w:hAnsi="Times New Roman"/>
          <w:sz w:val="24"/>
          <w:szCs w:val="24"/>
        </w:rPr>
        <w:t>în</w:t>
      </w:r>
      <w:proofErr w:type="spellEnd"/>
      <w:r w:rsidRPr="007E36C1">
        <w:rPr>
          <w:rFonts w:ascii="Times New Roman" w:hAnsi="Times New Roman"/>
          <w:sz w:val="24"/>
          <w:szCs w:val="24"/>
        </w:rPr>
        <w:t xml:space="preserve"> ____________________________, str.____________</w:t>
      </w:r>
      <w:r>
        <w:rPr>
          <w:rFonts w:ascii="Times New Roman" w:hAnsi="Times New Roman"/>
          <w:sz w:val="24"/>
          <w:szCs w:val="24"/>
        </w:rPr>
        <w:t>_</w:t>
      </w:r>
      <w:r w:rsidRPr="007E36C1">
        <w:rPr>
          <w:rFonts w:ascii="Times New Roman" w:hAnsi="Times New Roman"/>
          <w:sz w:val="24"/>
          <w:szCs w:val="24"/>
        </w:rPr>
        <w:t>_______________________</w:t>
      </w:r>
    </w:p>
    <w:p w14:paraId="6FD404D9" w14:textId="77777777" w:rsidR="00FF0D9E" w:rsidRPr="007E36C1" w:rsidRDefault="00FF0D9E" w:rsidP="00FF0D9E">
      <w:pPr>
        <w:spacing w:after="80" w:line="240" w:lineRule="auto"/>
        <w:rPr>
          <w:sz w:val="24"/>
          <w:szCs w:val="24"/>
        </w:rPr>
      </w:pPr>
      <w:r w:rsidRPr="007E36C1">
        <w:rPr>
          <w:rFonts w:ascii="Times New Roman" w:hAnsi="Times New Roman"/>
          <w:sz w:val="24"/>
          <w:szCs w:val="24"/>
        </w:rPr>
        <w:t>nr. ____________, tel. fix/</w:t>
      </w:r>
      <w:proofErr w:type="spellStart"/>
      <w:r w:rsidRPr="007E36C1">
        <w:rPr>
          <w:rFonts w:ascii="Times New Roman" w:hAnsi="Times New Roman"/>
          <w:sz w:val="24"/>
          <w:szCs w:val="24"/>
        </w:rPr>
        <w:t>mobil</w:t>
      </w:r>
      <w:proofErr w:type="spellEnd"/>
      <w:r w:rsidRPr="007E36C1">
        <w:rPr>
          <w:rFonts w:ascii="Times New Roman" w:hAnsi="Times New Roman"/>
          <w:sz w:val="24"/>
          <w:szCs w:val="24"/>
        </w:rPr>
        <w:t xml:space="preserve"> _____________________</w:t>
      </w:r>
      <w:r>
        <w:rPr>
          <w:rFonts w:ascii="Times New Roman" w:hAnsi="Times New Roman"/>
          <w:sz w:val="24"/>
          <w:szCs w:val="24"/>
        </w:rPr>
        <w:t>_</w:t>
      </w:r>
      <w:r w:rsidRPr="007E36C1">
        <w:rPr>
          <w:rFonts w:ascii="Times New Roman" w:hAnsi="Times New Roman"/>
          <w:sz w:val="24"/>
          <w:szCs w:val="24"/>
        </w:rPr>
        <w:t xml:space="preserve">___, </w:t>
      </w:r>
      <w:proofErr w:type="gramStart"/>
      <w:r w:rsidRPr="007E36C1">
        <w:rPr>
          <w:rFonts w:ascii="Times New Roman" w:hAnsi="Times New Roman"/>
          <w:sz w:val="24"/>
          <w:szCs w:val="24"/>
        </w:rPr>
        <w:t>e-mail</w:t>
      </w:r>
      <w:r>
        <w:rPr>
          <w:rFonts w:ascii="Times New Roman" w:hAnsi="Times New Roman"/>
          <w:sz w:val="24"/>
          <w:szCs w:val="24"/>
        </w:rPr>
        <w:t xml:space="preserve"> </w:t>
      </w:r>
      <w:r w:rsidRPr="007E36C1">
        <w:rPr>
          <w:rFonts w:ascii="Times New Roman" w:hAnsi="Times New Roman"/>
          <w:sz w:val="24"/>
          <w:szCs w:val="24"/>
        </w:rPr>
        <w:t xml:space="preserve"> _</w:t>
      </w:r>
      <w:proofErr w:type="gramEnd"/>
      <w:r w:rsidRPr="007E36C1">
        <w:rPr>
          <w:rFonts w:ascii="Times New Roman" w:hAnsi="Times New Roman"/>
          <w:sz w:val="24"/>
          <w:szCs w:val="24"/>
        </w:rPr>
        <w:t>____________________</w:t>
      </w:r>
    </w:p>
    <w:p w14:paraId="33CADCA3" w14:textId="77777777" w:rsidR="00FF0D9E" w:rsidRPr="007E36C1" w:rsidRDefault="00FF0D9E" w:rsidP="00FF0D9E">
      <w:pPr>
        <w:spacing w:after="80" w:line="240" w:lineRule="auto"/>
        <w:rPr>
          <w:sz w:val="24"/>
          <w:szCs w:val="24"/>
        </w:rPr>
      </w:pPr>
      <w:proofErr w:type="spellStart"/>
      <w:r w:rsidRPr="007E36C1">
        <w:rPr>
          <w:rFonts w:ascii="Times New Roman" w:hAnsi="Times New Roman"/>
          <w:sz w:val="24"/>
          <w:szCs w:val="24"/>
        </w:rPr>
        <w:t>în</w:t>
      </w:r>
      <w:proofErr w:type="spellEnd"/>
      <w:r w:rsidRPr="007E36C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36C1">
        <w:rPr>
          <w:rFonts w:ascii="Times New Roman" w:hAnsi="Times New Roman"/>
          <w:sz w:val="24"/>
          <w:szCs w:val="24"/>
        </w:rPr>
        <w:t>calitate</w:t>
      </w:r>
      <w:proofErr w:type="spellEnd"/>
      <w:r w:rsidRPr="007E36C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36C1">
        <w:rPr>
          <w:rFonts w:ascii="Times New Roman" w:hAnsi="Times New Roman"/>
          <w:sz w:val="24"/>
          <w:szCs w:val="24"/>
        </w:rPr>
        <w:t>de __________________________ al</w:t>
      </w:r>
      <w:proofErr w:type="spellEnd"/>
      <w:r w:rsidRPr="007E36C1">
        <w:rPr>
          <w:rFonts w:ascii="Times New Roman" w:hAnsi="Times New Roman"/>
          <w:sz w:val="24"/>
          <w:szCs w:val="24"/>
        </w:rPr>
        <w:t xml:space="preserve">/a </w:t>
      </w:r>
      <w:proofErr w:type="spellStart"/>
      <w:r w:rsidRPr="007E36C1">
        <w:rPr>
          <w:rFonts w:ascii="Times New Roman" w:hAnsi="Times New Roman"/>
          <w:sz w:val="24"/>
          <w:szCs w:val="24"/>
        </w:rPr>
        <w:t>întreprinderii</w:t>
      </w:r>
      <w:proofErr w:type="spellEnd"/>
      <w:r w:rsidRPr="007E36C1">
        <w:rPr>
          <w:rFonts w:ascii="Times New Roman" w:hAnsi="Times New Roman"/>
          <w:sz w:val="24"/>
          <w:szCs w:val="24"/>
        </w:rPr>
        <w:t xml:space="preserve"> _______________</w:t>
      </w:r>
      <w:r>
        <w:rPr>
          <w:rFonts w:ascii="Times New Roman" w:hAnsi="Times New Roman"/>
          <w:sz w:val="24"/>
          <w:szCs w:val="24"/>
        </w:rPr>
        <w:t>_</w:t>
      </w:r>
      <w:r w:rsidRPr="007E36C1">
        <w:rPr>
          <w:rFonts w:ascii="Times New Roman" w:hAnsi="Times New Roman"/>
          <w:sz w:val="24"/>
          <w:szCs w:val="24"/>
        </w:rPr>
        <w:t>____________</w:t>
      </w:r>
    </w:p>
    <w:p w14:paraId="087F30F6" w14:textId="77777777" w:rsidR="00FF0D9E" w:rsidRPr="007E36C1" w:rsidRDefault="00FF0D9E" w:rsidP="00FF0D9E">
      <w:pPr>
        <w:spacing w:after="80" w:line="240" w:lineRule="auto"/>
        <w:rPr>
          <w:sz w:val="24"/>
          <w:szCs w:val="24"/>
        </w:rPr>
      </w:pPr>
      <w:r w:rsidRPr="007E36C1">
        <w:rPr>
          <w:rFonts w:ascii="Times New Roman" w:hAnsi="Times New Roman"/>
          <w:sz w:val="24"/>
          <w:szCs w:val="24"/>
        </w:rPr>
        <w:t>_________________________________</w:t>
      </w:r>
      <w:r>
        <w:rPr>
          <w:rFonts w:ascii="Times New Roman" w:hAnsi="Times New Roman"/>
          <w:sz w:val="24"/>
          <w:szCs w:val="24"/>
        </w:rPr>
        <w:t>__</w:t>
      </w:r>
      <w:r w:rsidRPr="007E36C1">
        <w:rPr>
          <w:rFonts w:ascii="Times New Roman" w:hAnsi="Times New Roman"/>
          <w:sz w:val="24"/>
          <w:szCs w:val="24"/>
        </w:rPr>
        <w:t>___, IDNO (</w:t>
      </w:r>
      <w:proofErr w:type="spellStart"/>
      <w:r w:rsidRPr="007E36C1">
        <w:rPr>
          <w:rFonts w:ascii="Times New Roman" w:hAnsi="Times New Roman"/>
          <w:i/>
          <w:iCs/>
          <w:sz w:val="24"/>
          <w:szCs w:val="24"/>
        </w:rPr>
        <w:t>întreprinderii</w:t>
      </w:r>
      <w:proofErr w:type="spellEnd"/>
      <w:r w:rsidRPr="007E36C1">
        <w:rPr>
          <w:rFonts w:ascii="Times New Roman" w:hAnsi="Times New Roman"/>
          <w:sz w:val="24"/>
          <w:szCs w:val="24"/>
        </w:rPr>
        <w:t>)_______________________</w:t>
      </w:r>
    </w:p>
    <w:p w14:paraId="1285F562" w14:textId="77777777" w:rsidR="00FF0D9E" w:rsidRDefault="00FF0D9E" w:rsidP="00FF0D9E">
      <w:pPr>
        <w:spacing w:after="8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7E36C1">
        <w:rPr>
          <w:rFonts w:ascii="Times New Roman" w:hAnsi="Times New Roman"/>
          <w:sz w:val="24"/>
          <w:szCs w:val="24"/>
        </w:rPr>
        <w:t>adresa</w:t>
      </w:r>
      <w:proofErr w:type="spellEnd"/>
      <w:r w:rsidRPr="007E36C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36C1">
        <w:rPr>
          <w:rFonts w:ascii="Times New Roman" w:hAnsi="Times New Roman"/>
          <w:sz w:val="24"/>
          <w:szCs w:val="24"/>
        </w:rPr>
        <w:t>juridică</w:t>
      </w:r>
      <w:proofErr w:type="spellEnd"/>
      <w:r w:rsidRPr="007E36C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E36C1">
        <w:rPr>
          <w:rFonts w:ascii="Times New Roman" w:hAnsi="Times New Roman"/>
          <w:sz w:val="24"/>
          <w:szCs w:val="24"/>
        </w:rPr>
        <w:t>în</w:t>
      </w:r>
      <w:proofErr w:type="spellEnd"/>
      <w:r w:rsidRPr="007E36C1">
        <w:rPr>
          <w:rFonts w:ascii="Times New Roman" w:hAnsi="Times New Roman"/>
          <w:sz w:val="24"/>
          <w:szCs w:val="24"/>
        </w:rPr>
        <w:t xml:space="preserve"> _______________________, str. ________________</w:t>
      </w:r>
      <w:r>
        <w:rPr>
          <w:rFonts w:ascii="Times New Roman" w:hAnsi="Times New Roman"/>
          <w:sz w:val="24"/>
          <w:szCs w:val="24"/>
        </w:rPr>
        <w:t>__</w:t>
      </w:r>
      <w:r w:rsidRPr="007E36C1">
        <w:rPr>
          <w:rFonts w:ascii="Times New Roman" w:hAnsi="Times New Roman"/>
          <w:sz w:val="24"/>
          <w:szCs w:val="24"/>
        </w:rPr>
        <w:t>__________nr. __</w:t>
      </w:r>
      <w:r>
        <w:rPr>
          <w:rFonts w:ascii="Times New Roman" w:hAnsi="Times New Roman"/>
          <w:sz w:val="24"/>
          <w:szCs w:val="24"/>
        </w:rPr>
        <w:t>__</w:t>
      </w:r>
      <w:r w:rsidRPr="007E36C1">
        <w:rPr>
          <w:rFonts w:ascii="Times New Roman" w:hAnsi="Times New Roman"/>
          <w:sz w:val="24"/>
          <w:szCs w:val="24"/>
        </w:rPr>
        <w:t>___,</w:t>
      </w:r>
    </w:p>
    <w:p w14:paraId="4D5DB79B" w14:textId="77777777" w:rsidR="00FF0D9E" w:rsidRPr="00BA5B03" w:rsidRDefault="00FF0D9E" w:rsidP="00FF0D9E">
      <w:pPr>
        <w:spacing w:before="120" w:after="12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BA5B03">
        <w:rPr>
          <w:rFonts w:ascii="Times New Roman" w:hAnsi="Times New Roman"/>
          <w:sz w:val="24"/>
          <w:szCs w:val="24"/>
        </w:rPr>
        <w:t>înregistrată</w:t>
      </w:r>
      <w:proofErr w:type="spellEnd"/>
      <w:r w:rsidRPr="00BA5B0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5B03">
        <w:rPr>
          <w:rFonts w:ascii="Times New Roman" w:hAnsi="Times New Roman"/>
          <w:sz w:val="24"/>
          <w:szCs w:val="24"/>
        </w:rPr>
        <w:t>în</w:t>
      </w:r>
      <w:proofErr w:type="spellEnd"/>
      <w:r w:rsidRPr="00BA5B0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5B03">
        <w:rPr>
          <w:rFonts w:ascii="Times New Roman" w:hAnsi="Times New Roman"/>
          <w:sz w:val="24"/>
          <w:szCs w:val="24"/>
        </w:rPr>
        <w:t>Registrul</w:t>
      </w:r>
      <w:proofErr w:type="spellEnd"/>
      <w:r w:rsidRPr="00BA5B03">
        <w:rPr>
          <w:rFonts w:ascii="Times New Roman" w:hAnsi="Times New Roman"/>
          <w:sz w:val="24"/>
          <w:szCs w:val="24"/>
        </w:rPr>
        <w:t xml:space="preserve"> de stat al </w:t>
      </w:r>
      <w:proofErr w:type="spellStart"/>
      <w:r w:rsidRPr="00BA5B03">
        <w:rPr>
          <w:rFonts w:ascii="Times New Roman" w:hAnsi="Times New Roman"/>
          <w:sz w:val="24"/>
          <w:szCs w:val="24"/>
        </w:rPr>
        <w:t>persoanelor</w:t>
      </w:r>
      <w:proofErr w:type="spellEnd"/>
      <w:r w:rsidRPr="00BA5B0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5B03">
        <w:rPr>
          <w:rFonts w:ascii="Times New Roman" w:hAnsi="Times New Roman"/>
          <w:sz w:val="24"/>
          <w:szCs w:val="24"/>
        </w:rPr>
        <w:t>juridice</w:t>
      </w:r>
      <w:proofErr w:type="spellEnd"/>
      <w:r w:rsidRPr="00BA5B03">
        <w:rPr>
          <w:rFonts w:ascii="Times New Roman" w:hAnsi="Times New Roman"/>
          <w:sz w:val="24"/>
          <w:szCs w:val="24"/>
        </w:rPr>
        <w:t xml:space="preserve"> cu nr. _______________________________,</w:t>
      </w:r>
    </w:p>
    <w:p w14:paraId="5F7DB2D4" w14:textId="64C7503A" w:rsidR="006038A8" w:rsidRPr="00BA5B03" w:rsidRDefault="00000000" w:rsidP="00FF0D9E">
      <w:pPr>
        <w:spacing w:before="120" w:after="12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BA5B03">
        <w:rPr>
          <w:rFonts w:ascii="Times New Roman" w:hAnsi="Times New Roman"/>
          <w:sz w:val="24"/>
          <w:szCs w:val="24"/>
        </w:rPr>
        <w:t>declar</w:t>
      </w:r>
      <w:proofErr w:type="spellEnd"/>
      <w:r w:rsidRPr="00BA5B03">
        <w:rPr>
          <w:rFonts w:ascii="Times New Roman" w:hAnsi="Times New Roman"/>
          <w:sz w:val="24"/>
          <w:szCs w:val="24"/>
        </w:rPr>
        <w:t xml:space="preserve"> pe </w:t>
      </w:r>
      <w:proofErr w:type="spellStart"/>
      <w:r w:rsidRPr="00BA5B03">
        <w:rPr>
          <w:rFonts w:ascii="Times New Roman" w:hAnsi="Times New Roman"/>
          <w:sz w:val="24"/>
          <w:szCs w:val="24"/>
        </w:rPr>
        <w:t>proprie</w:t>
      </w:r>
      <w:proofErr w:type="spellEnd"/>
      <w:r w:rsidRPr="00BA5B0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5B03">
        <w:rPr>
          <w:rFonts w:ascii="Times New Roman" w:hAnsi="Times New Roman"/>
          <w:sz w:val="24"/>
          <w:szCs w:val="24"/>
        </w:rPr>
        <w:t>răspundere</w:t>
      </w:r>
      <w:proofErr w:type="spellEnd"/>
      <w:r w:rsidRPr="00BA5B03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BA5B03">
        <w:rPr>
          <w:rFonts w:ascii="Times New Roman" w:hAnsi="Times New Roman"/>
          <w:sz w:val="24"/>
          <w:szCs w:val="24"/>
        </w:rPr>
        <w:t>fiind</w:t>
      </w:r>
      <w:proofErr w:type="spellEnd"/>
      <w:r w:rsidRPr="00BA5B0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5B03">
        <w:rPr>
          <w:rFonts w:ascii="Times New Roman" w:hAnsi="Times New Roman"/>
          <w:sz w:val="24"/>
          <w:szCs w:val="24"/>
        </w:rPr>
        <w:t>în</w:t>
      </w:r>
      <w:proofErr w:type="spellEnd"/>
      <w:r w:rsidRPr="00BA5B0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5B03">
        <w:rPr>
          <w:rFonts w:ascii="Times New Roman" w:hAnsi="Times New Roman"/>
          <w:sz w:val="24"/>
          <w:szCs w:val="24"/>
        </w:rPr>
        <w:t>cunoștință</w:t>
      </w:r>
      <w:proofErr w:type="spellEnd"/>
      <w:r w:rsidRPr="00BA5B03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BA5B03">
        <w:rPr>
          <w:rFonts w:ascii="Times New Roman" w:hAnsi="Times New Roman"/>
          <w:sz w:val="24"/>
          <w:szCs w:val="24"/>
        </w:rPr>
        <w:t>cauză</w:t>
      </w:r>
      <w:proofErr w:type="spellEnd"/>
      <w:r w:rsidRPr="00BA5B03">
        <w:rPr>
          <w:rFonts w:ascii="Times New Roman" w:hAnsi="Times New Roman"/>
          <w:sz w:val="24"/>
          <w:szCs w:val="24"/>
        </w:rPr>
        <w:t xml:space="preserve"> cu </w:t>
      </w:r>
      <w:proofErr w:type="spellStart"/>
      <w:r w:rsidRPr="00BA5B03">
        <w:rPr>
          <w:rFonts w:ascii="Times New Roman" w:hAnsi="Times New Roman"/>
          <w:sz w:val="24"/>
          <w:szCs w:val="24"/>
        </w:rPr>
        <w:t>prevederile</w:t>
      </w:r>
      <w:proofErr w:type="spellEnd"/>
      <w:r w:rsidRPr="00BA5B03">
        <w:rPr>
          <w:rFonts w:ascii="Times New Roman" w:hAnsi="Times New Roman"/>
          <w:sz w:val="24"/>
          <w:szCs w:val="24"/>
        </w:rPr>
        <w:t xml:space="preserve"> art. 352¹ din </w:t>
      </w:r>
      <w:proofErr w:type="spellStart"/>
      <w:r w:rsidRPr="00BA5B03">
        <w:rPr>
          <w:rFonts w:ascii="Times New Roman" w:hAnsi="Times New Roman"/>
          <w:sz w:val="24"/>
          <w:szCs w:val="24"/>
        </w:rPr>
        <w:t>Codul</w:t>
      </w:r>
      <w:proofErr w:type="spellEnd"/>
      <w:r w:rsidRPr="00BA5B03">
        <w:rPr>
          <w:rFonts w:ascii="Times New Roman" w:hAnsi="Times New Roman"/>
          <w:sz w:val="24"/>
          <w:szCs w:val="24"/>
        </w:rPr>
        <w:t xml:space="preserve"> penal nr. 985/2002 cu </w:t>
      </w:r>
      <w:proofErr w:type="spellStart"/>
      <w:r w:rsidRPr="00BA5B03">
        <w:rPr>
          <w:rFonts w:ascii="Times New Roman" w:hAnsi="Times New Roman"/>
          <w:sz w:val="24"/>
          <w:szCs w:val="24"/>
        </w:rPr>
        <w:t>privire</w:t>
      </w:r>
      <w:proofErr w:type="spellEnd"/>
      <w:r w:rsidRPr="00BA5B03">
        <w:rPr>
          <w:rFonts w:ascii="Times New Roman" w:hAnsi="Times New Roman"/>
          <w:sz w:val="24"/>
          <w:szCs w:val="24"/>
        </w:rPr>
        <w:t xml:space="preserve"> la </w:t>
      </w:r>
      <w:proofErr w:type="spellStart"/>
      <w:r w:rsidRPr="00BA5B03">
        <w:rPr>
          <w:rFonts w:ascii="Times New Roman" w:hAnsi="Times New Roman"/>
          <w:sz w:val="24"/>
          <w:szCs w:val="24"/>
        </w:rPr>
        <w:t>falsul</w:t>
      </w:r>
      <w:proofErr w:type="spellEnd"/>
      <w:r w:rsidRPr="00BA5B0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5B03">
        <w:rPr>
          <w:rFonts w:ascii="Times New Roman" w:hAnsi="Times New Roman"/>
          <w:sz w:val="24"/>
          <w:szCs w:val="24"/>
        </w:rPr>
        <w:t>în</w:t>
      </w:r>
      <w:proofErr w:type="spellEnd"/>
      <w:r w:rsidRPr="00BA5B0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5B03">
        <w:rPr>
          <w:rFonts w:ascii="Times New Roman" w:hAnsi="Times New Roman"/>
          <w:sz w:val="24"/>
          <w:szCs w:val="24"/>
        </w:rPr>
        <w:t>declarații</w:t>
      </w:r>
      <w:proofErr w:type="spellEnd"/>
      <w:r w:rsidRPr="00BA5B03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BA5B03">
        <w:rPr>
          <w:rFonts w:ascii="Times New Roman" w:hAnsi="Times New Roman"/>
          <w:sz w:val="24"/>
          <w:szCs w:val="24"/>
        </w:rPr>
        <w:t>că</w:t>
      </w:r>
      <w:proofErr w:type="spellEnd"/>
      <w:r w:rsidRPr="00BA5B03">
        <w:rPr>
          <w:rFonts w:ascii="Times New Roman" w:hAnsi="Times New Roman"/>
          <w:sz w:val="24"/>
          <w:szCs w:val="24"/>
        </w:rPr>
        <w:t>:</w:t>
      </w:r>
    </w:p>
    <w:p w14:paraId="74426121" w14:textId="7B63B75B" w:rsidR="006038A8" w:rsidRPr="00703692" w:rsidRDefault="00000000" w:rsidP="00703692">
      <w:pPr>
        <w:pStyle w:val="Listparagraf"/>
        <w:numPr>
          <w:ilvl w:val="0"/>
          <w:numId w:val="11"/>
        </w:numPr>
        <w:spacing w:after="80"/>
        <w:jc w:val="both"/>
        <w:rPr>
          <w:sz w:val="28"/>
          <w:szCs w:val="28"/>
        </w:rPr>
      </w:pPr>
      <w:r w:rsidRPr="00703692">
        <w:rPr>
          <w:rFonts w:ascii="Times New Roman" w:hAnsi="Times New Roman"/>
          <w:sz w:val="24"/>
          <w:szCs w:val="28"/>
        </w:rPr>
        <w:t xml:space="preserve">Întreprinderea pe care o </w:t>
      </w:r>
      <w:proofErr w:type="spellStart"/>
      <w:r w:rsidRPr="00703692">
        <w:rPr>
          <w:rFonts w:ascii="Times New Roman" w:hAnsi="Times New Roman"/>
          <w:sz w:val="24"/>
          <w:szCs w:val="28"/>
        </w:rPr>
        <w:t>reprezint</w:t>
      </w:r>
      <w:proofErr w:type="spellEnd"/>
      <w:r w:rsidRPr="00703692">
        <w:rPr>
          <w:rFonts w:ascii="Times New Roman" w:hAnsi="Times New Roman"/>
          <w:sz w:val="24"/>
          <w:szCs w:val="28"/>
        </w:rPr>
        <w:t xml:space="preserve"> </w:t>
      </w:r>
      <w:proofErr w:type="spellStart"/>
      <w:r w:rsidRPr="00703692">
        <w:rPr>
          <w:rFonts w:ascii="Times New Roman" w:hAnsi="Times New Roman"/>
          <w:sz w:val="24"/>
          <w:szCs w:val="28"/>
        </w:rPr>
        <w:t>importă</w:t>
      </w:r>
      <w:proofErr w:type="spellEnd"/>
      <w:r w:rsidRPr="00703692">
        <w:rPr>
          <w:rFonts w:ascii="Times New Roman" w:hAnsi="Times New Roman"/>
          <w:sz w:val="24"/>
          <w:szCs w:val="28"/>
        </w:rPr>
        <w:t xml:space="preserve"> </w:t>
      </w:r>
      <w:proofErr w:type="spellStart"/>
      <w:r w:rsidRPr="00703692">
        <w:rPr>
          <w:rFonts w:ascii="Times New Roman" w:hAnsi="Times New Roman"/>
          <w:sz w:val="24"/>
          <w:szCs w:val="28"/>
        </w:rPr>
        <w:t>baterii</w:t>
      </w:r>
      <w:proofErr w:type="spellEnd"/>
      <w:r w:rsidRPr="00703692">
        <w:rPr>
          <w:rFonts w:ascii="Times New Roman" w:hAnsi="Times New Roman"/>
          <w:sz w:val="24"/>
          <w:szCs w:val="28"/>
        </w:rPr>
        <w:t xml:space="preserve"> </w:t>
      </w:r>
      <w:proofErr w:type="spellStart"/>
      <w:r w:rsidRPr="00703692">
        <w:rPr>
          <w:rFonts w:ascii="Times New Roman" w:hAnsi="Times New Roman"/>
          <w:sz w:val="24"/>
          <w:szCs w:val="28"/>
        </w:rPr>
        <w:t>şi</w:t>
      </w:r>
      <w:proofErr w:type="spellEnd"/>
      <w:r w:rsidRPr="00703692">
        <w:rPr>
          <w:rFonts w:ascii="Times New Roman" w:hAnsi="Times New Roman"/>
          <w:sz w:val="24"/>
          <w:szCs w:val="28"/>
        </w:rPr>
        <w:t xml:space="preserve"> </w:t>
      </w:r>
      <w:proofErr w:type="spellStart"/>
      <w:r w:rsidRPr="00703692">
        <w:rPr>
          <w:rFonts w:ascii="Times New Roman" w:hAnsi="Times New Roman"/>
          <w:sz w:val="24"/>
          <w:szCs w:val="28"/>
        </w:rPr>
        <w:t>acumulatori</w:t>
      </w:r>
      <w:proofErr w:type="spellEnd"/>
      <w:r w:rsidRPr="00703692">
        <w:rPr>
          <w:rFonts w:ascii="Times New Roman" w:hAnsi="Times New Roman"/>
          <w:sz w:val="24"/>
          <w:szCs w:val="28"/>
        </w:rPr>
        <w:t xml:space="preserve"> </w:t>
      </w:r>
      <w:proofErr w:type="spellStart"/>
      <w:r w:rsidRPr="00703692">
        <w:rPr>
          <w:rFonts w:ascii="Times New Roman" w:hAnsi="Times New Roman"/>
          <w:sz w:val="24"/>
          <w:szCs w:val="28"/>
        </w:rPr>
        <w:t>pentru</w:t>
      </w:r>
      <w:proofErr w:type="spellEnd"/>
      <w:r w:rsidRPr="00703692">
        <w:rPr>
          <w:rFonts w:ascii="Times New Roman" w:hAnsi="Times New Roman"/>
          <w:sz w:val="24"/>
          <w:szCs w:val="28"/>
        </w:rPr>
        <w:t xml:space="preserve"> </w:t>
      </w:r>
      <w:proofErr w:type="spellStart"/>
      <w:r w:rsidRPr="00703692">
        <w:rPr>
          <w:rFonts w:ascii="Times New Roman" w:hAnsi="Times New Roman"/>
          <w:sz w:val="24"/>
          <w:szCs w:val="28"/>
        </w:rPr>
        <w:t>consum</w:t>
      </w:r>
      <w:proofErr w:type="spellEnd"/>
      <w:r w:rsidRPr="00703692">
        <w:rPr>
          <w:rFonts w:ascii="Times New Roman" w:hAnsi="Times New Roman"/>
          <w:sz w:val="24"/>
          <w:szCs w:val="28"/>
        </w:rPr>
        <w:t xml:space="preserve"> </w:t>
      </w:r>
      <w:proofErr w:type="spellStart"/>
      <w:r w:rsidRPr="00703692">
        <w:rPr>
          <w:rFonts w:ascii="Times New Roman" w:hAnsi="Times New Roman"/>
          <w:sz w:val="24"/>
          <w:szCs w:val="28"/>
        </w:rPr>
        <w:t>propriu</w:t>
      </w:r>
      <w:proofErr w:type="spellEnd"/>
      <w:r w:rsidRPr="00703692">
        <w:rPr>
          <w:rFonts w:ascii="Times New Roman" w:hAnsi="Times New Roman"/>
          <w:sz w:val="24"/>
          <w:szCs w:val="28"/>
        </w:rPr>
        <w:t xml:space="preserve"> </w:t>
      </w:r>
      <w:proofErr w:type="spellStart"/>
      <w:r w:rsidRPr="00703692">
        <w:rPr>
          <w:rFonts w:ascii="Times New Roman" w:hAnsi="Times New Roman"/>
          <w:sz w:val="24"/>
          <w:szCs w:val="28"/>
        </w:rPr>
        <w:t>în</w:t>
      </w:r>
      <w:proofErr w:type="spellEnd"/>
      <w:r w:rsidRPr="00703692">
        <w:rPr>
          <w:rFonts w:ascii="Times New Roman" w:hAnsi="Times New Roman"/>
          <w:sz w:val="24"/>
          <w:szCs w:val="28"/>
        </w:rPr>
        <w:t xml:space="preserve"> </w:t>
      </w:r>
      <w:proofErr w:type="spellStart"/>
      <w:r w:rsidRPr="00703692">
        <w:rPr>
          <w:rFonts w:ascii="Times New Roman" w:hAnsi="Times New Roman"/>
          <w:sz w:val="24"/>
          <w:szCs w:val="28"/>
        </w:rPr>
        <w:t>conformitate</w:t>
      </w:r>
      <w:proofErr w:type="spellEnd"/>
      <w:r w:rsidRPr="00703692">
        <w:rPr>
          <w:rFonts w:ascii="Times New Roman" w:hAnsi="Times New Roman"/>
          <w:sz w:val="24"/>
          <w:szCs w:val="28"/>
        </w:rPr>
        <w:t xml:space="preserve"> cu pct. 23¹ din </w:t>
      </w:r>
      <w:proofErr w:type="spellStart"/>
      <w:r w:rsidRPr="00703692">
        <w:rPr>
          <w:rFonts w:ascii="Times New Roman" w:hAnsi="Times New Roman"/>
          <w:sz w:val="24"/>
          <w:szCs w:val="28"/>
        </w:rPr>
        <w:t>Regulament</w:t>
      </w:r>
      <w:proofErr w:type="spellEnd"/>
      <w:r w:rsidRPr="00703692">
        <w:rPr>
          <w:rFonts w:ascii="Times New Roman" w:hAnsi="Times New Roman"/>
          <w:sz w:val="24"/>
          <w:szCs w:val="28"/>
        </w:rPr>
        <w:t xml:space="preserve">, </w:t>
      </w:r>
      <w:proofErr w:type="spellStart"/>
      <w:r w:rsidRPr="00703692">
        <w:rPr>
          <w:rFonts w:ascii="Times New Roman" w:hAnsi="Times New Roman"/>
          <w:sz w:val="24"/>
          <w:szCs w:val="28"/>
        </w:rPr>
        <w:t>fără</w:t>
      </w:r>
      <w:proofErr w:type="spellEnd"/>
      <w:r w:rsidRPr="00703692">
        <w:rPr>
          <w:rFonts w:ascii="Times New Roman" w:hAnsi="Times New Roman"/>
          <w:sz w:val="24"/>
          <w:szCs w:val="28"/>
        </w:rPr>
        <w:t xml:space="preserve"> </w:t>
      </w:r>
      <w:proofErr w:type="spellStart"/>
      <w:r w:rsidRPr="00703692">
        <w:rPr>
          <w:rFonts w:ascii="Times New Roman" w:hAnsi="Times New Roman"/>
          <w:sz w:val="24"/>
          <w:szCs w:val="28"/>
        </w:rPr>
        <w:t>intenția</w:t>
      </w:r>
      <w:proofErr w:type="spellEnd"/>
      <w:r w:rsidRPr="00703692">
        <w:rPr>
          <w:rFonts w:ascii="Times New Roman" w:hAnsi="Times New Roman"/>
          <w:sz w:val="24"/>
          <w:szCs w:val="28"/>
        </w:rPr>
        <w:t xml:space="preserve"> de a le </w:t>
      </w:r>
      <w:proofErr w:type="spellStart"/>
      <w:r w:rsidRPr="00703692">
        <w:rPr>
          <w:rFonts w:ascii="Times New Roman" w:hAnsi="Times New Roman"/>
          <w:sz w:val="24"/>
          <w:szCs w:val="28"/>
        </w:rPr>
        <w:t>comercializa</w:t>
      </w:r>
      <w:proofErr w:type="spellEnd"/>
      <w:r w:rsidRPr="00703692">
        <w:rPr>
          <w:rFonts w:ascii="Times New Roman" w:hAnsi="Times New Roman"/>
          <w:sz w:val="24"/>
          <w:szCs w:val="28"/>
        </w:rPr>
        <w:t xml:space="preserve">, a le </w:t>
      </w:r>
      <w:proofErr w:type="spellStart"/>
      <w:r w:rsidRPr="00703692">
        <w:rPr>
          <w:rFonts w:ascii="Times New Roman" w:hAnsi="Times New Roman"/>
          <w:sz w:val="24"/>
          <w:szCs w:val="28"/>
        </w:rPr>
        <w:t>distribui</w:t>
      </w:r>
      <w:proofErr w:type="spellEnd"/>
      <w:r w:rsidRPr="00703692">
        <w:rPr>
          <w:rFonts w:ascii="Times New Roman" w:hAnsi="Times New Roman"/>
          <w:sz w:val="24"/>
          <w:szCs w:val="28"/>
        </w:rPr>
        <w:t xml:space="preserve"> </w:t>
      </w:r>
      <w:proofErr w:type="spellStart"/>
      <w:r w:rsidRPr="00703692">
        <w:rPr>
          <w:rFonts w:ascii="Times New Roman" w:hAnsi="Times New Roman"/>
          <w:sz w:val="24"/>
          <w:szCs w:val="28"/>
        </w:rPr>
        <w:t>sau</w:t>
      </w:r>
      <w:proofErr w:type="spellEnd"/>
      <w:r w:rsidRPr="00703692">
        <w:rPr>
          <w:rFonts w:ascii="Times New Roman" w:hAnsi="Times New Roman"/>
          <w:sz w:val="24"/>
          <w:szCs w:val="28"/>
        </w:rPr>
        <w:t xml:space="preserve"> a le </w:t>
      </w:r>
      <w:proofErr w:type="spellStart"/>
      <w:r w:rsidRPr="00703692">
        <w:rPr>
          <w:rFonts w:ascii="Times New Roman" w:hAnsi="Times New Roman"/>
          <w:sz w:val="24"/>
          <w:szCs w:val="28"/>
        </w:rPr>
        <w:t>utiliza</w:t>
      </w:r>
      <w:proofErr w:type="spellEnd"/>
      <w:r w:rsidRPr="00703692">
        <w:rPr>
          <w:rFonts w:ascii="Times New Roman" w:hAnsi="Times New Roman"/>
          <w:sz w:val="24"/>
          <w:szCs w:val="28"/>
        </w:rPr>
        <w:t xml:space="preserve"> cu </w:t>
      </w:r>
      <w:proofErr w:type="spellStart"/>
      <w:r w:rsidRPr="00703692">
        <w:rPr>
          <w:rFonts w:ascii="Times New Roman" w:hAnsi="Times New Roman"/>
          <w:sz w:val="24"/>
          <w:szCs w:val="28"/>
        </w:rPr>
        <w:t>titlu</w:t>
      </w:r>
      <w:proofErr w:type="spellEnd"/>
      <w:r w:rsidRPr="00703692">
        <w:rPr>
          <w:rFonts w:ascii="Times New Roman" w:hAnsi="Times New Roman"/>
          <w:sz w:val="24"/>
          <w:szCs w:val="28"/>
        </w:rPr>
        <w:t xml:space="preserve"> </w:t>
      </w:r>
      <w:proofErr w:type="spellStart"/>
      <w:r w:rsidRPr="00703692">
        <w:rPr>
          <w:rFonts w:ascii="Times New Roman" w:hAnsi="Times New Roman"/>
          <w:sz w:val="24"/>
          <w:szCs w:val="28"/>
        </w:rPr>
        <w:t>profesional</w:t>
      </w:r>
      <w:proofErr w:type="spellEnd"/>
      <w:r w:rsidRPr="00703692">
        <w:rPr>
          <w:rFonts w:ascii="Times New Roman" w:hAnsi="Times New Roman"/>
          <w:sz w:val="24"/>
          <w:szCs w:val="28"/>
        </w:rPr>
        <w:t>.</w:t>
      </w:r>
    </w:p>
    <w:p w14:paraId="31952154" w14:textId="16C82347" w:rsidR="006038A8" w:rsidRPr="00703692" w:rsidRDefault="00000000" w:rsidP="00703692">
      <w:pPr>
        <w:pStyle w:val="Listparagraf"/>
        <w:numPr>
          <w:ilvl w:val="0"/>
          <w:numId w:val="11"/>
        </w:numPr>
        <w:spacing w:after="80"/>
        <w:jc w:val="both"/>
        <w:rPr>
          <w:sz w:val="28"/>
          <w:szCs w:val="28"/>
        </w:rPr>
      </w:pPr>
      <w:r w:rsidRPr="00703692">
        <w:rPr>
          <w:rFonts w:ascii="Times New Roman" w:hAnsi="Times New Roman"/>
          <w:sz w:val="24"/>
          <w:szCs w:val="28"/>
        </w:rPr>
        <w:t xml:space="preserve">Se </w:t>
      </w:r>
      <w:proofErr w:type="spellStart"/>
      <w:r w:rsidRPr="00703692">
        <w:rPr>
          <w:rFonts w:ascii="Times New Roman" w:hAnsi="Times New Roman"/>
          <w:sz w:val="24"/>
          <w:szCs w:val="28"/>
        </w:rPr>
        <w:t>importă</w:t>
      </w:r>
      <w:proofErr w:type="spellEnd"/>
      <w:r w:rsidRPr="00703692">
        <w:rPr>
          <w:rFonts w:ascii="Times New Roman" w:hAnsi="Times New Roman"/>
          <w:sz w:val="24"/>
          <w:szCs w:val="28"/>
        </w:rPr>
        <w:t xml:space="preserve"> </w:t>
      </w:r>
      <w:proofErr w:type="spellStart"/>
      <w:r w:rsidRPr="00703692">
        <w:rPr>
          <w:rFonts w:ascii="Times New Roman" w:hAnsi="Times New Roman"/>
          <w:sz w:val="24"/>
          <w:szCs w:val="28"/>
        </w:rPr>
        <w:t>următoarele</w:t>
      </w:r>
      <w:proofErr w:type="spellEnd"/>
      <w:r w:rsidRPr="00703692">
        <w:rPr>
          <w:rFonts w:ascii="Times New Roman" w:hAnsi="Times New Roman"/>
          <w:sz w:val="24"/>
          <w:szCs w:val="28"/>
        </w:rPr>
        <w:t xml:space="preserve"> </w:t>
      </w:r>
      <w:proofErr w:type="spellStart"/>
      <w:r w:rsidRPr="00703692">
        <w:rPr>
          <w:rFonts w:ascii="Times New Roman" w:hAnsi="Times New Roman"/>
          <w:sz w:val="24"/>
          <w:szCs w:val="28"/>
        </w:rPr>
        <w:t>cantități</w:t>
      </w:r>
      <w:proofErr w:type="spellEnd"/>
      <w:r w:rsidRPr="00703692">
        <w:rPr>
          <w:rFonts w:ascii="Times New Roman" w:hAnsi="Times New Roman"/>
          <w:sz w:val="24"/>
          <w:szCs w:val="28"/>
        </w:rPr>
        <w:t xml:space="preserve"> de BA, conform </w:t>
      </w:r>
      <w:proofErr w:type="spellStart"/>
      <w:r w:rsidRPr="00703692">
        <w:rPr>
          <w:rFonts w:ascii="Times New Roman" w:hAnsi="Times New Roman"/>
          <w:sz w:val="24"/>
          <w:szCs w:val="28"/>
        </w:rPr>
        <w:t>categoriei</w:t>
      </w:r>
      <w:proofErr w:type="spellEnd"/>
      <w:r w:rsidRPr="00703692">
        <w:rPr>
          <w:rFonts w:ascii="Times New Roman" w:hAnsi="Times New Roman"/>
          <w:sz w:val="24"/>
          <w:szCs w:val="28"/>
        </w:rPr>
        <w:t xml:space="preserve"> </w:t>
      </w:r>
      <w:proofErr w:type="spellStart"/>
      <w:r w:rsidRPr="00703692">
        <w:rPr>
          <w:rFonts w:ascii="Times New Roman" w:hAnsi="Times New Roman"/>
          <w:sz w:val="24"/>
          <w:szCs w:val="28"/>
        </w:rPr>
        <w:t>și</w:t>
      </w:r>
      <w:proofErr w:type="spellEnd"/>
      <w:r w:rsidRPr="00703692">
        <w:rPr>
          <w:rFonts w:ascii="Times New Roman" w:hAnsi="Times New Roman"/>
          <w:sz w:val="24"/>
          <w:szCs w:val="28"/>
        </w:rPr>
        <w:t xml:space="preserve"> </w:t>
      </w:r>
      <w:proofErr w:type="spellStart"/>
      <w:r w:rsidRPr="00703692">
        <w:rPr>
          <w:rFonts w:ascii="Times New Roman" w:hAnsi="Times New Roman"/>
          <w:sz w:val="24"/>
          <w:szCs w:val="28"/>
        </w:rPr>
        <w:t>codului</w:t>
      </w:r>
      <w:proofErr w:type="spellEnd"/>
      <w:r w:rsidRPr="00703692">
        <w:rPr>
          <w:rFonts w:ascii="Times New Roman" w:hAnsi="Times New Roman"/>
          <w:sz w:val="24"/>
          <w:szCs w:val="28"/>
        </w:rPr>
        <w:t xml:space="preserve"> </w:t>
      </w:r>
      <w:proofErr w:type="spellStart"/>
      <w:r w:rsidRPr="00703692">
        <w:rPr>
          <w:rFonts w:ascii="Times New Roman" w:hAnsi="Times New Roman"/>
          <w:sz w:val="24"/>
          <w:szCs w:val="28"/>
        </w:rPr>
        <w:t>mărfii</w:t>
      </w:r>
      <w:proofErr w:type="spellEnd"/>
      <w:r w:rsidRPr="00703692">
        <w:rPr>
          <w:rFonts w:ascii="Times New Roman" w:hAnsi="Times New Roman"/>
          <w:sz w:val="24"/>
          <w:szCs w:val="28"/>
        </w:rPr>
        <w:t xml:space="preserve"> </w:t>
      </w:r>
      <w:proofErr w:type="spellStart"/>
      <w:r w:rsidRPr="00703692">
        <w:rPr>
          <w:rFonts w:ascii="Times New Roman" w:hAnsi="Times New Roman"/>
          <w:sz w:val="24"/>
          <w:szCs w:val="28"/>
        </w:rPr>
        <w:t>prevăzut</w:t>
      </w:r>
      <w:proofErr w:type="spellEnd"/>
      <w:r w:rsidRPr="00703692">
        <w:rPr>
          <w:rFonts w:ascii="Times New Roman" w:hAnsi="Times New Roman"/>
          <w:sz w:val="24"/>
          <w:szCs w:val="28"/>
        </w:rPr>
        <w:t xml:space="preserve"> </w:t>
      </w:r>
      <w:proofErr w:type="spellStart"/>
      <w:r w:rsidRPr="00703692">
        <w:rPr>
          <w:rFonts w:ascii="Times New Roman" w:hAnsi="Times New Roman"/>
          <w:sz w:val="24"/>
          <w:szCs w:val="28"/>
        </w:rPr>
        <w:t>în</w:t>
      </w:r>
      <w:proofErr w:type="spellEnd"/>
      <w:r w:rsidRPr="00703692">
        <w:rPr>
          <w:rFonts w:ascii="Times New Roman" w:hAnsi="Times New Roman"/>
          <w:sz w:val="24"/>
          <w:szCs w:val="28"/>
        </w:rPr>
        <w:t xml:space="preserve"> </w:t>
      </w:r>
      <w:proofErr w:type="spellStart"/>
      <w:r w:rsidRPr="00703692">
        <w:rPr>
          <w:rFonts w:ascii="Times New Roman" w:hAnsi="Times New Roman"/>
          <w:sz w:val="24"/>
          <w:szCs w:val="28"/>
        </w:rPr>
        <w:t>anexa</w:t>
      </w:r>
      <w:proofErr w:type="spellEnd"/>
      <w:r w:rsidRPr="00703692">
        <w:rPr>
          <w:rFonts w:ascii="Times New Roman" w:hAnsi="Times New Roman"/>
          <w:sz w:val="24"/>
          <w:szCs w:val="28"/>
        </w:rPr>
        <w:t xml:space="preserve"> nr. 1, </w:t>
      </w:r>
      <w:proofErr w:type="spellStart"/>
      <w:r w:rsidRPr="00703692">
        <w:rPr>
          <w:rFonts w:ascii="Times New Roman" w:hAnsi="Times New Roman"/>
          <w:sz w:val="24"/>
          <w:szCs w:val="28"/>
        </w:rPr>
        <w:t>declarate</w:t>
      </w:r>
      <w:proofErr w:type="spellEnd"/>
      <w:r w:rsidRPr="00703692">
        <w:rPr>
          <w:rFonts w:ascii="Times New Roman" w:hAnsi="Times New Roman"/>
          <w:sz w:val="24"/>
          <w:szCs w:val="28"/>
        </w:rPr>
        <w:t xml:space="preserve"> </w:t>
      </w:r>
      <w:proofErr w:type="spellStart"/>
      <w:r w:rsidRPr="00703692">
        <w:rPr>
          <w:rFonts w:ascii="Times New Roman" w:hAnsi="Times New Roman"/>
          <w:sz w:val="24"/>
          <w:szCs w:val="28"/>
        </w:rPr>
        <w:t>în</w:t>
      </w:r>
      <w:proofErr w:type="spellEnd"/>
      <w:r w:rsidRPr="00703692">
        <w:rPr>
          <w:rFonts w:ascii="Times New Roman" w:hAnsi="Times New Roman"/>
          <w:sz w:val="24"/>
          <w:szCs w:val="28"/>
        </w:rPr>
        <w:t xml:space="preserve"> </w:t>
      </w:r>
      <w:proofErr w:type="spellStart"/>
      <w:r w:rsidRPr="00703692">
        <w:rPr>
          <w:rFonts w:ascii="Times New Roman" w:hAnsi="Times New Roman"/>
          <w:sz w:val="24"/>
          <w:szCs w:val="28"/>
        </w:rPr>
        <w:t>unități</w:t>
      </w:r>
      <w:proofErr w:type="spellEnd"/>
      <w:r w:rsidRPr="00703692">
        <w:rPr>
          <w:rFonts w:ascii="Times New Roman" w:hAnsi="Times New Roman"/>
          <w:sz w:val="24"/>
          <w:szCs w:val="28"/>
        </w:rPr>
        <w:t xml:space="preserve"> de </w:t>
      </w:r>
      <w:proofErr w:type="spellStart"/>
      <w:r w:rsidRPr="00703692">
        <w:rPr>
          <w:rFonts w:ascii="Times New Roman" w:hAnsi="Times New Roman"/>
          <w:sz w:val="24"/>
          <w:szCs w:val="28"/>
        </w:rPr>
        <w:t>măsură</w:t>
      </w:r>
      <w:proofErr w:type="spellEnd"/>
      <w:r w:rsidRPr="00703692">
        <w:rPr>
          <w:rFonts w:ascii="Times New Roman" w:hAnsi="Times New Roman"/>
          <w:sz w:val="24"/>
          <w:szCs w:val="28"/>
        </w:rPr>
        <w:t xml:space="preserve"> (</w:t>
      </w:r>
      <w:proofErr w:type="spellStart"/>
      <w:r w:rsidRPr="00703692">
        <w:rPr>
          <w:rFonts w:ascii="Times New Roman" w:hAnsi="Times New Roman"/>
          <w:sz w:val="24"/>
          <w:szCs w:val="28"/>
        </w:rPr>
        <w:t>bucăți</w:t>
      </w:r>
      <w:proofErr w:type="spellEnd"/>
      <w:r w:rsidR="003679A4">
        <w:rPr>
          <w:rFonts w:ascii="Times New Roman" w:hAnsi="Times New Roman"/>
          <w:sz w:val="24"/>
          <w:szCs w:val="28"/>
        </w:rPr>
        <w:t>,</w:t>
      </w:r>
      <w:r w:rsidR="00DB4507">
        <w:rPr>
          <w:rFonts w:ascii="Times New Roman" w:hAnsi="Times New Roman"/>
          <w:sz w:val="24"/>
          <w:szCs w:val="28"/>
        </w:rPr>
        <w:t xml:space="preserve"> </w:t>
      </w:r>
      <w:r w:rsidRPr="00703692">
        <w:rPr>
          <w:rFonts w:ascii="Times New Roman" w:hAnsi="Times New Roman"/>
          <w:sz w:val="24"/>
          <w:szCs w:val="28"/>
        </w:rPr>
        <w:t>tone</w:t>
      </w:r>
      <w:r w:rsidR="003679A4">
        <w:rPr>
          <w:rFonts w:ascii="Times New Roman" w:hAnsi="Times New Roman"/>
          <w:sz w:val="24"/>
          <w:szCs w:val="28"/>
        </w:rPr>
        <w:t>/kg</w:t>
      </w:r>
      <w:r w:rsidRPr="00703692">
        <w:rPr>
          <w:rFonts w:ascii="Times New Roman" w:hAnsi="Times New Roman"/>
          <w:sz w:val="24"/>
          <w:szCs w:val="28"/>
        </w:rPr>
        <w:t xml:space="preserve">). Lista se </w:t>
      </w:r>
      <w:proofErr w:type="spellStart"/>
      <w:r w:rsidRPr="00703692">
        <w:rPr>
          <w:rFonts w:ascii="Times New Roman" w:hAnsi="Times New Roman"/>
          <w:sz w:val="24"/>
          <w:szCs w:val="28"/>
        </w:rPr>
        <w:t>anexează</w:t>
      </w:r>
      <w:proofErr w:type="spellEnd"/>
      <w:r w:rsidRPr="00703692">
        <w:rPr>
          <w:rFonts w:ascii="Times New Roman" w:hAnsi="Times New Roman"/>
          <w:sz w:val="24"/>
          <w:szCs w:val="28"/>
        </w:rPr>
        <w:t xml:space="preserve"> la </w:t>
      </w:r>
      <w:proofErr w:type="spellStart"/>
      <w:r w:rsidRPr="00703692">
        <w:rPr>
          <w:rFonts w:ascii="Times New Roman" w:hAnsi="Times New Roman"/>
          <w:sz w:val="24"/>
          <w:szCs w:val="28"/>
        </w:rPr>
        <w:t>declarație</w:t>
      </w:r>
      <w:proofErr w:type="spellEnd"/>
      <w:r w:rsidRPr="00703692">
        <w:rPr>
          <w:rFonts w:ascii="Times New Roman" w:hAnsi="Times New Roman"/>
          <w:sz w:val="24"/>
          <w:szCs w:val="28"/>
        </w:rPr>
        <w:t>.</w:t>
      </w:r>
    </w:p>
    <w:p w14:paraId="412C748C" w14:textId="25E61485" w:rsidR="006038A8" w:rsidRPr="00703692" w:rsidRDefault="00000000" w:rsidP="00703692">
      <w:pPr>
        <w:pStyle w:val="Listparagraf"/>
        <w:numPr>
          <w:ilvl w:val="0"/>
          <w:numId w:val="11"/>
        </w:numPr>
        <w:spacing w:after="80"/>
        <w:jc w:val="both"/>
        <w:rPr>
          <w:sz w:val="28"/>
          <w:szCs w:val="28"/>
        </w:rPr>
      </w:pPr>
      <w:r w:rsidRPr="00703692">
        <w:rPr>
          <w:rFonts w:ascii="Times New Roman" w:hAnsi="Times New Roman"/>
          <w:sz w:val="24"/>
          <w:szCs w:val="28"/>
        </w:rPr>
        <w:t xml:space="preserve">Ne </w:t>
      </w:r>
      <w:proofErr w:type="spellStart"/>
      <w:r w:rsidRPr="00703692">
        <w:rPr>
          <w:rFonts w:ascii="Times New Roman" w:hAnsi="Times New Roman"/>
          <w:sz w:val="24"/>
          <w:szCs w:val="28"/>
        </w:rPr>
        <w:t>angajăm</w:t>
      </w:r>
      <w:proofErr w:type="spellEnd"/>
      <w:r w:rsidRPr="00703692">
        <w:rPr>
          <w:rFonts w:ascii="Times New Roman" w:hAnsi="Times New Roman"/>
          <w:sz w:val="24"/>
          <w:szCs w:val="28"/>
        </w:rPr>
        <w:t xml:space="preserve"> </w:t>
      </w:r>
      <w:proofErr w:type="spellStart"/>
      <w:r w:rsidRPr="00703692">
        <w:rPr>
          <w:rFonts w:ascii="Times New Roman" w:hAnsi="Times New Roman"/>
          <w:sz w:val="24"/>
          <w:szCs w:val="28"/>
        </w:rPr>
        <w:t>să</w:t>
      </w:r>
      <w:proofErr w:type="spellEnd"/>
      <w:r w:rsidRPr="00703692">
        <w:rPr>
          <w:rFonts w:ascii="Times New Roman" w:hAnsi="Times New Roman"/>
          <w:sz w:val="24"/>
          <w:szCs w:val="28"/>
        </w:rPr>
        <w:t xml:space="preserve"> </w:t>
      </w:r>
      <w:proofErr w:type="spellStart"/>
      <w:r w:rsidRPr="00703692">
        <w:rPr>
          <w:rFonts w:ascii="Times New Roman" w:hAnsi="Times New Roman"/>
          <w:sz w:val="24"/>
          <w:szCs w:val="28"/>
        </w:rPr>
        <w:t>ținem</w:t>
      </w:r>
      <w:proofErr w:type="spellEnd"/>
      <w:r w:rsidRPr="00703692">
        <w:rPr>
          <w:rFonts w:ascii="Times New Roman" w:hAnsi="Times New Roman"/>
          <w:sz w:val="24"/>
          <w:szCs w:val="28"/>
        </w:rPr>
        <w:t xml:space="preserve"> </w:t>
      </w:r>
      <w:proofErr w:type="spellStart"/>
      <w:r w:rsidRPr="00703692">
        <w:rPr>
          <w:rFonts w:ascii="Times New Roman" w:hAnsi="Times New Roman"/>
          <w:sz w:val="24"/>
          <w:szCs w:val="28"/>
        </w:rPr>
        <w:t>evidența</w:t>
      </w:r>
      <w:proofErr w:type="spellEnd"/>
      <w:r w:rsidRPr="00703692">
        <w:rPr>
          <w:rFonts w:ascii="Times New Roman" w:hAnsi="Times New Roman"/>
          <w:sz w:val="24"/>
          <w:szCs w:val="28"/>
        </w:rPr>
        <w:t xml:space="preserve"> </w:t>
      </w:r>
      <w:proofErr w:type="spellStart"/>
      <w:r w:rsidRPr="00703692">
        <w:rPr>
          <w:rFonts w:ascii="Times New Roman" w:hAnsi="Times New Roman"/>
          <w:sz w:val="24"/>
          <w:szCs w:val="28"/>
        </w:rPr>
        <w:t>și</w:t>
      </w:r>
      <w:proofErr w:type="spellEnd"/>
      <w:r w:rsidRPr="00703692">
        <w:rPr>
          <w:rFonts w:ascii="Times New Roman" w:hAnsi="Times New Roman"/>
          <w:sz w:val="24"/>
          <w:szCs w:val="28"/>
        </w:rPr>
        <w:t xml:space="preserve"> </w:t>
      </w:r>
      <w:proofErr w:type="spellStart"/>
      <w:r w:rsidRPr="00703692">
        <w:rPr>
          <w:rFonts w:ascii="Times New Roman" w:hAnsi="Times New Roman"/>
          <w:sz w:val="24"/>
          <w:szCs w:val="28"/>
        </w:rPr>
        <w:t>să</w:t>
      </w:r>
      <w:proofErr w:type="spellEnd"/>
      <w:r w:rsidRPr="00703692">
        <w:rPr>
          <w:rFonts w:ascii="Times New Roman" w:hAnsi="Times New Roman"/>
          <w:sz w:val="24"/>
          <w:szCs w:val="28"/>
        </w:rPr>
        <w:t xml:space="preserve"> </w:t>
      </w:r>
      <w:proofErr w:type="spellStart"/>
      <w:r w:rsidRPr="00703692">
        <w:rPr>
          <w:rFonts w:ascii="Times New Roman" w:hAnsi="Times New Roman"/>
          <w:sz w:val="24"/>
          <w:szCs w:val="28"/>
        </w:rPr>
        <w:t>raportăm</w:t>
      </w:r>
      <w:proofErr w:type="spellEnd"/>
      <w:r w:rsidRPr="00703692">
        <w:rPr>
          <w:rFonts w:ascii="Times New Roman" w:hAnsi="Times New Roman"/>
          <w:sz w:val="24"/>
          <w:szCs w:val="28"/>
        </w:rPr>
        <w:t xml:space="preserve"> </w:t>
      </w:r>
      <w:proofErr w:type="spellStart"/>
      <w:r w:rsidRPr="00703692">
        <w:rPr>
          <w:rFonts w:ascii="Times New Roman" w:hAnsi="Times New Roman"/>
          <w:sz w:val="24"/>
          <w:szCs w:val="28"/>
        </w:rPr>
        <w:t>cantitatea</w:t>
      </w:r>
      <w:proofErr w:type="spellEnd"/>
      <w:r w:rsidRPr="00703692">
        <w:rPr>
          <w:rFonts w:ascii="Times New Roman" w:hAnsi="Times New Roman"/>
          <w:sz w:val="24"/>
          <w:szCs w:val="28"/>
        </w:rPr>
        <w:t xml:space="preserve"> de </w:t>
      </w:r>
      <w:proofErr w:type="spellStart"/>
      <w:r w:rsidRPr="00703692">
        <w:rPr>
          <w:rFonts w:ascii="Times New Roman" w:hAnsi="Times New Roman"/>
          <w:sz w:val="24"/>
          <w:szCs w:val="28"/>
        </w:rPr>
        <w:t>deşeuri</w:t>
      </w:r>
      <w:proofErr w:type="spellEnd"/>
      <w:r w:rsidRPr="00703692">
        <w:rPr>
          <w:rFonts w:ascii="Times New Roman" w:hAnsi="Times New Roman"/>
          <w:sz w:val="24"/>
          <w:szCs w:val="28"/>
        </w:rPr>
        <w:t xml:space="preserve"> generate </w:t>
      </w:r>
      <w:proofErr w:type="spellStart"/>
      <w:r w:rsidRPr="00703692">
        <w:rPr>
          <w:rFonts w:ascii="Times New Roman" w:hAnsi="Times New Roman"/>
          <w:sz w:val="24"/>
          <w:szCs w:val="28"/>
        </w:rPr>
        <w:t>şi</w:t>
      </w:r>
      <w:proofErr w:type="spellEnd"/>
      <w:r w:rsidRPr="00703692">
        <w:rPr>
          <w:rFonts w:ascii="Times New Roman" w:hAnsi="Times New Roman"/>
          <w:sz w:val="24"/>
          <w:szCs w:val="28"/>
        </w:rPr>
        <w:t xml:space="preserve"> </w:t>
      </w:r>
      <w:proofErr w:type="spellStart"/>
      <w:r w:rsidRPr="00703692">
        <w:rPr>
          <w:rFonts w:ascii="Times New Roman" w:hAnsi="Times New Roman"/>
          <w:sz w:val="24"/>
          <w:szCs w:val="28"/>
        </w:rPr>
        <w:t>tratate</w:t>
      </w:r>
      <w:proofErr w:type="spellEnd"/>
      <w:r w:rsidRPr="00703692">
        <w:rPr>
          <w:rFonts w:ascii="Times New Roman" w:hAnsi="Times New Roman"/>
          <w:sz w:val="24"/>
          <w:szCs w:val="28"/>
        </w:rPr>
        <w:t xml:space="preserve"> </w:t>
      </w:r>
      <w:proofErr w:type="spellStart"/>
      <w:r w:rsidRPr="00703692">
        <w:rPr>
          <w:rFonts w:ascii="Times New Roman" w:hAnsi="Times New Roman"/>
          <w:sz w:val="24"/>
          <w:szCs w:val="28"/>
        </w:rPr>
        <w:t>în</w:t>
      </w:r>
      <w:proofErr w:type="spellEnd"/>
      <w:r w:rsidRPr="00703692">
        <w:rPr>
          <w:rFonts w:ascii="Times New Roman" w:hAnsi="Times New Roman"/>
          <w:sz w:val="24"/>
          <w:szCs w:val="28"/>
        </w:rPr>
        <w:t xml:space="preserve"> </w:t>
      </w:r>
      <w:proofErr w:type="spellStart"/>
      <w:r w:rsidRPr="00703692">
        <w:rPr>
          <w:rFonts w:ascii="Times New Roman" w:hAnsi="Times New Roman"/>
          <w:sz w:val="24"/>
          <w:szCs w:val="28"/>
        </w:rPr>
        <w:t>Sistemul</w:t>
      </w:r>
      <w:proofErr w:type="spellEnd"/>
      <w:r w:rsidRPr="00703692">
        <w:rPr>
          <w:rFonts w:ascii="Times New Roman" w:hAnsi="Times New Roman"/>
          <w:sz w:val="24"/>
          <w:szCs w:val="28"/>
        </w:rPr>
        <w:t xml:space="preserve"> </w:t>
      </w:r>
      <w:proofErr w:type="spellStart"/>
      <w:r w:rsidRPr="00703692">
        <w:rPr>
          <w:rFonts w:ascii="Times New Roman" w:hAnsi="Times New Roman"/>
          <w:sz w:val="24"/>
          <w:szCs w:val="28"/>
        </w:rPr>
        <w:t>informațional</w:t>
      </w:r>
      <w:proofErr w:type="spellEnd"/>
      <w:r w:rsidRPr="00703692">
        <w:rPr>
          <w:rFonts w:ascii="Times New Roman" w:hAnsi="Times New Roman"/>
          <w:sz w:val="24"/>
          <w:szCs w:val="28"/>
        </w:rPr>
        <w:t xml:space="preserve"> </w:t>
      </w:r>
      <w:proofErr w:type="spellStart"/>
      <w:r w:rsidRPr="00703692">
        <w:rPr>
          <w:rFonts w:ascii="Times New Roman" w:hAnsi="Times New Roman"/>
          <w:sz w:val="24"/>
          <w:szCs w:val="28"/>
        </w:rPr>
        <w:t>automatizat</w:t>
      </w:r>
      <w:proofErr w:type="spellEnd"/>
      <w:r w:rsidRPr="00703692">
        <w:rPr>
          <w:rFonts w:ascii="Times New Roman" w:hAnsi="Times New Roman"/>
          <w:sz w:val="24"/>
          <w:szCs w:val="28"/>
        </w:rPr>
        <w:t xml:space="preserve"> „</w:t>
      </w:r>
      <w:proofErr w:type="spellStart"/>
      <w:r w:rsidRPr="00703692">
        <w:rPr>
          <w:rFonts w:ascii="Times New Roman" w:hAnsi="Times New Roman"/>
          <w:sz w:val="24"/>
          <w:szCs w:val="28"/>
        </w:rPr>
        <w:t>Managementul</w:t>
      </w:r>
      <w:proofErr w:type="spellEnd"/>
      <w:r w:rsidRPr="00703692">
        <w:rPr>
          <w:rFonts w:ascii="Times New Roman" w:hAnsi="Times New Roman"/>
          <w:sz w:val="24"/>
          <w:szCs w:val="28"/>
        </w:rPr>
        <w:t xml:space="preserve"> </w:t>
      </w:r>
      <w:proofErr w:type="spellStart"/>
      <w:r w:rsidRPr="00703692">
        <w:rPr>
          <w:rFonts w:ascii="Times New Roman" w:hAnsi="Times New Roman"/>
          <w:sz w:val="24"/>
          <w:szCs w:val="28"/>
        </w:rPr>
        <w:t>deşeurilor</w:t>
      </w:r>
      <w:proofErr w:type="spellEnd"/>
      <w:r w:rsidRPr="00703692">
        <w:rPr>
          <w:rFonts w:ascii="Times New Roman" w:hAnsi="Times New Roman"/>
          <w:sz w:val="24"/>
          <w:szCs w:val="28"/>
        </w:rPr>
        <w:t xml:space="preserve">” </w:t>
      </w:r>
      <w:proofErr w:type="spellStart"/>
      <w:r w:rsidRPr="00703692">
        <w:rPr>
          <w:rFonts w:ascii="Times New Roman" w:hAnsi="Times New Roman"/>
          <w:sz w:val="24"/>
          <w:szCs w:val="28"/>
        </w:rPr>
        <w:t>în</w:t>
      </w:r>
      <w:proofErr w:type="spellEnd"/>
      <w:r w:rsidRPr="00703692">
        <w:rPr>
          <w:rFonts w:ascii="Times New Roman" w:hAnsi="Times New Roman"/>
          <w:sz w:val="24"/>
          <w:szCs w:val="28"/>
        </w:rPr>
        <w:t xml:space="preserve"> </w:t>
      </w:r>
      <w:proofErr w:type="spellStart"/>
      <w:r w:rsidRPr="00703692">
        <w:rPr>
          <w:rFonts w:ascii="Times New Roman" w:hAnsi="Times New Roman"/>
          <w:sz w:val="24"/>
          <w:szCs w:val="28"/>
        </w:rPr>
        <w:t>conformitate</w:t>
      </w:r>
      <w:proofErr w:type="spellEnd"/>
      <w:r w:rsidRPr="00703692">
        <w:rPr>
          <w:rFonts w:ascii="Times New Roman" w:hAnsi="Times New Roman"/>
          <w:sz w:val="24"/>
          <w:szCs w:val="28"/>
        </w:rPr>
        <w:t xml:space="preserve"> cu Lista </w:t>
      </w:r>
      <w:proofErr w:type="spellStart"/>
      <w:r w:rsidRPr="00703692">
        <w:rPr>
          <w:rFonts w:ascii="Times New Roman" w:hAnsi="Times New Roman"/>
          <w:sz w:val="24"/>
          <w:szCs w:val="28"/>
        </w:rPr>
        <w:t>deşeurilor</w:t>
      </w:r>
      <w:proofErr w:type="spellEnd"/>
      <w:r w:rsidRPr="00703692">
        <w:rPr>
          <w:rFonts w:ascii="Times New Roman" w:hAnsi="Times New Roman"/>
          <w:sz w:val="24"/>
          <w:szCs w:val="28"/>
        </w:rPr>
        <w:t xml:space="preserve">, </w:t>
      </w:r>
      <w:proofErr w:type="spellStart"/>
      <w:r w:rsidRPr="00703692">
        <w:rPr>
          <w:rFonts w:ascii="Times New Roman" w:hAnsi="Times New Roman"/>
          <w:sz w:val="24"/>
          <w:szCs w:val="28"/>
        </w:rPr>
        <w:t>aprobată</w:t>
      </w:r>
      <w:proofErr w:type="spellEnd"/>
      <w:r w:rsidRPr="00703692">
        <w:rPr>
          <w:rFonts w:ascii="Times New Roman" w:hAnsi="Times New Roman"/>
          <w:sz w:val="24"/>
          <w:szCs w:val="28"/>
        </w:rPr>
        <w:t xml:space="preserve"> </w:t>
      </w:r>
      <w:proofErr w:type="spellStart"/>
      <w:r w:rsidRPr="00703692">
        <w:rPr>
          <w:rFonts w:ascii="Times New Roman" w:hAnsi="Times New Roman"/>
          <w:sz w:val="24"/>
          <w:szCs w:val="28"/>
        </w:rPr>
        <w:t>prin</w:t>
      </w:r>
      <w:proofErr w:type="spellEnd"/>
      <w:r w:rsidRPr="00703692">
        <w:rPr>
          <w:rFonts w:ascii="Times New Roman" w:hAnsi="Times New Roman"/>
          <w:sz w:val="24"/>
          <w:szCs w:val="28"/>
        </w:rPr>
        <w:t xml:space="preserve"> </w:t>
      </w:r>
      <w:proofErr w:type="spellStart"/>
      <w:r w:rsidRPr="00703692">
        <w:rPr>
          <w:rFonts w:ascii="Times New Roman" w:hAnsi="Times New Roman"/>
          <w:sz w:val="24"/>
          <w:szCs w:val="28"/>
        </w:rPr>
        <w:t>Hotărârea</w:t>
      </w:r>
      <w:proofErr w:type="spellEnd"/>
      <w:r w:rsidRPr="00703692">
        <w:rPr>
          <w:rFonts w:ascii="Times New Roman" w:hAnsi="Times New Roman"/>
          <w:sz w:val="24"/>
          <w:szCs w:val="28"/>
        </w:rPr>
        <w:t xml:space="preserve"> </w:t>
      </w:r>
      <w:proofErr w:type="spellStart"/>
      <w:r w:rsidRPr="00703692">
        <w:rPr>
          <w:rFonts w:ascii="Times New Roman" w:hAnsi="Times New Roman"/>
          <w:sz w:val="24"/>
          <w:szCs w:val="28"/>
        </w:rPr>
        <w:t>Guvernului</w:t>
      </w:r>
      <w:proofErr w:type="spellEnd"/>
      <w:r w:rsidRPr="00703692">
        <w:rPr>
          <w:rFonts w:ascii="Times New Roman" w:hAnsi="Times New Roman"/>
          <w:sz w:val="24"/>
          <w:szCs w:val="28"/>
        </w:rPr>
        <w:t xml:space="preserve"> nr. 99/2018, </w:t>
      </w:r>
      <w:proofErr w:type="spellStart"/>
      <w:r w:rsidRPr="00703692">
        <w:rPr>
          <w:rFonts w:ascii="Times New Roman" w:hAnsi="Times New Roman"/>
          <w:sz w:val="24"/>
          <w:szCs w:val="28"/>
        </w:rPr>
        <w:t>și</w:t>
      </w:r>
      <w:proofErr w:type="spellEnd"/>
      <w:r w:rsidRPr="00703692">
        <w:rPr>
          <w:rFonts w:ascii="Times New Roman" w:hAnsi="Times New Roman"/>
          <w:sz w:val="24"/>
          <w:szCs w:val="28"/>
        </w:rPr>
        <w:t xml:space="preserve"> cu </w:t>
      </w:r>
      <w:proofErr w:type="spellStart"/>
      <w:r w:rsidRPr="00703692">
        <w:rPr>
          <w:rFonts w:ascii="Times New Roman" w:hAnsi="Times New Roman"/>
          <w:sz w:val="24"/>
          <w:szCs w:val="28"/>
        </w:rPr>
        <w:t>Instrucțiunea</w:t>
      </w:r>
      <w:proofErr w:type="spellEnd"/>
      <w:r w:rsidRPr="00703692">
        <w:rPr>
          <w:rFonts w:ascii="Times New Roman" w:hAnsi="Times New Roman"/>
          <w:sz w:val="24"/>
          <w:szCs w:val="28"/>
        </w:rPr>
        <w:t xml:space="preserve"> cu </w:t>
      </w:r>
      <w:proofErr w:type="spellStart"/>
      <w:r w:rsidRPr="00703692">
        <w:rPr>
          <w:rFonts w:ascii="Times New Roman" w:hAnsi="Times New Roman"/>
          <w:sz w:val="24"/>
          <w:szCs w:val="28"/>
        </w:rPr>
        <w:t>privire</w:t>
      </w:r>
      <w:proofErr w:type="spellEnd"/>
      <w:r w:rsidRPr="00703692">
        <w:rPr>
          <w:rFonts w:ascii="Times New Roman" w:hAnsi="Times New Roman"/>
          <w:sz w:val="24"/>
          <w:szCs w:val="28"/>
        </w:rPr>
        <w:t xml:space="preserve"> la </w:t>
      </w:r>
      <w:proofErr w:type="spellStart"/>
      <w:r w:rsidRPr="00703692">
        <w:rPr>
          <w:rFonts w:ascii="Times New Roman" w:hAnsi="Times New Roman"/>
          <w:sz w:val="24"/>
          <w:szCs w:val="28"/>
        </w:rPr>
        <w:t>ținerea</w:t>
      </w:r>
      <w:proofErr w:type="spellEnd"/>
      <w:r w:rsidRPr="00703692">
        <w:rPr>
          <w:rFonts w:ascii="Times New Roman" w:hAnsi="Times New Roman"/>
          <w:sz w:val="24"/>
          <w:szCs w:val="28"/>
        </w:rPr>
        <w:t xml:space="preserve"> </w:t>
      </w:r>
      <w:proofErr w:type="spellStart"/>
      <w:r w:rsidRPr="00703692">
        <w:rPr>
          <w:rFonts w:ascii="Times New Roman" w:hAnsi="Times New Roman"/>
          <w:sz w:val="24"/>
          <w:szCs w:val="28"/>
        </w:rPr>
        <w:t>evidenței</w:t>
      </w:r>
      <w:proofErr w:type="spellEnd"/>
      <w:r w:rsidRPr="00703692">
        <w:rPr>
          <w:rFonts w:ascii="Times New Roman" w:hAnsi="Times New Roman"/>
          <w:sz w:val="24"/>
          <w:szCs w:val="28"/>
        </w:rPr>
        <w:t xml:space="preserve"> </w:t>
      </w:r>
      <w:proofErr w:type="spellStart"/>
      <w:r w:rsidRPr="00703692">
        <w:rPr>
          <w:rFonts w:ascii="Times New Roman" w:hAnsi="Times New Roman"/>
          <w:sz w:val="24"/>
          <w:szCs w:val="28"/>
        </w:rPr>
        <w:t>și</w:t>
      </w:r>
      <w:proofErr w:type="spellEnd"/>
      <w:r w:rsidRPr="00703692">
        <w:rPr>
          <w:rFonts w:ascii="Times New Roman" w:hAnsi="Times New Roman"/>
          <w:sz w:val="24"/>
          <w:szCs w:val="28"/>
        </w:rPr>
        <w:t xml:space="preserve"> </w:t>
      </w:r>
      <w:proofErr w:type="spellStart"/>
      <w:r w:rsidRPr="00703692">
        <w:rPr>
          <w:rFonts w:ascii="Times New Roman" w:hAnsi="Times New Roman"/>
          <w:sz w:val="24"/>
          <w:szCs w:val="28"/>
        </w:rPr>
        <w:t>transmiterea</w:t>
      </w:r>
      <w:proofErr w:type="spellEnd"/>
      <w:r w:rsidRPr="00703692">
        <w:rPr>
          <w:rFonts w:ascii="Times New Roman" w:hAnsi="Times New Roman"/>
          <w:sz w:val="24"/>
          <w:szCs w:val="28"/>
        </w:rPr>
        <w:t xml:space="preserve"> </w:t>
      </w:r>
      <w:proofErr w:type="spellStart"/>
      <w:r w:rsidRPr="00703692">
        <w:rPr>
          <w:rFonts w:ascii="Times New Roman" w:hAnsi="Times New Roman"/>
          <w:sz w:val="24"/>
          <w:szCs w:val="28"/>
        </w:rPr>
        <w:t>datelor</w:t>
      </w:r>
      <w:proofErr w:type="spellEnd"/>
      <w:r w:rsidRPr="00703692">
        <w:rPr>
          <w:rFonts w:ascii="Times New Roman" w:hAnsi="Times New Roman"/>
          <w:sz w:val="24"/>
          <w:szCs w:val="28"/>
        </w:rPr>
        <w:t xml:space="preserve"> </w:t>
      </w:r>
      <w:proofErr w:type="spellStart"/>
      <w:r w:rsidRPr="00703692">
        <w:rPr>
          <w:rFonts w:ascii="Times New Roman" w:hAnsi="Times New Roman"/>
          <w:sz w:val="24"/>
          <w:szCs w:val="28"/>
        </w:rPr>
        <w:t>și</w:t>
      </w:r>
      <w:proofErr w:type="spellEnd"/>
      <w:r w:rsidRPr="00703692">
        <w:rPr>
          <w:rFonts w:ascii="Times New Roman" w:hAnsi="Times New Roman"/>
          <w:sz w:val="24"/>
          <w:szCs w:val="28"/>
        </w:rPr>
        <w:t xml:space="preserve"> </w:t>
      </w:r>
      <w:proofErr w:type="spellStart"/>
      <w:r w:rsidRPr="00703692">
        <w:rPr>
          <w:rFonts w:ascii="Times New Roman" w:hAnsi="Times New Roman"/>
          <w:sz w:val="24"/>
          <w:szCs w:val="28"/>
        </w:rPr>
        <w:t>informațiilor</w:t>
      </w:r>
      <w:proofErr w:type="spellEnd"/>
      <w:r w:rsidRPr="00703692">
        <w:rPr>
          <w:rFonts w:ascii="Times New Roman" w:hAnsi="Times New Roman"/>
          <w:sz w:val="24"/>
          <w:szCs w:val="28"/>
        </w:rPr>
        <w:t xml:space="preserve"> </w:t>
      </w:r>
      <w:proofErr w:type="spellStart"/>
      <w:r w:rsidRPr="00703692">
        <w:rPr>
          <w:rFonts w:ascii="Times New Roman" w:hAnsi="Times New Roman"/>
          <w:sz w:val="24"/>
          <w:szCs w:val="28"/>
        </w:rPr>
        <w:t>despre</w:t>
      </w:r>
      <w:proofErr w:type="spellEnd"/>
      <w:r w:rsidRPr="00703692">
        <w:rPr>
          <w:rFonts w:ascii="Times New Roman" w:hAnsi="Times New Roman"/>
          <w:sz w:val="24"/>
          <w:szCs w:val="28"/>
        </w:rPr>
        <w:t xml:space="preserve"> </w:t>
      </w:r>
      <w:proofErr w:type="spellStart"/>
      <w:r w:rsidRPr="00703692">
        <w:rPr>
          <w:rFonts w:ascii="Times New Roman" w:hAnsi="Times New Roman"/>
          <w:sz w:val="24"/>
          <w:szCs w:val="28"/>
        </w:rPr>
        <w:t>deşeuri</w:t>
      </w:r>
      <w:proofErr w:type="spellEnd"/>
      <w:r w:rsidRPr="00703692">
        <w:rPr>
          <w:rFonts w:ascii="Times New Roman" w:hAnsi="Times New Roman"/>
          <w:sz w:val="24"/>
          <w:szCs w:val="28"/>
        </w:rPr>
        <w:t xml:space="preserve"> </w:t>
      </w:r>
      <w:proofErr w:type="spellStart"/>
      <w:r w:rsidRPr="00703692">
        <w:rPr>
          <w:rFonts w:ascii="Times New Roman" w:hAnsi="Times New Roman"/>
          <w:sz w:val="24"/>
          <w:szCs w:val="28"/>
        </w:rPr>
        <w:t>și</w:t>
      </w:r>
      <w:proofErr w:type="spellEnd"/>
      <w:r w:rsidRPr="00703692">
        <w:rPr>
          <w:rFonts w:ascii="Times New Roman" w:hAnsi="Times New Roman"/>
          <w:sz w:val="24"/>
          <w:szCs w:val="28"/>
        </w:rPr>
        <w:t xml:space="preserve"> </w:t>
      </w:r>
      <w:proofErr w:type="spellStart"/>
      <w:r w:rsidRPr="00703692">
        <w:rPr>
          <w:rFonts w:ascii="Times New Roman" w:hAnsi="Times New Roman"/>
          <w:sz w:val="24"/>
          <w:szCs w:val="28"/>
        </w:rPr>
        <w:t>gestionarea</w:t>
      </w:r>
      <w:proofErr w:type="spellEnd"/>
      <w:r w:rsidRPr="00703692">
        <w:rPr>
          <w:rFonts w:ascii="Times New Roman" w:hAnsi="Times New Roman"/>
          <w:sz w:val="24"/>
          <w:szCs w:val="28"/>
        </w:rPr>
        <w:t xml:space="preserve"> </w:t>
      </w:r>
      <w:proofErr w:type="spellStart"/>
      <w:r w:rsidRPr="00703692">
        <w:rPr>
          <w:rFonts w:ascii="Times New Roman" w:hAnsi="Times New Roman"/>
          <w:sz w:val="24"/>
          <w:szCs w:val="28"/>
        </w:rPr>
        <w:t>acestora</w:t>
      </w:r>
      <w:proofErr w:type="spellEnd"/>
      <w:r w:rsidRPr="00703692">
        <w:rPr>
          <w:rFonts w:ascii="Times New Roman" w:hAnsi="Times New Roman"/>
          <w:sz w:val="24"/>
          <w:szCs w:val="28"/>
        </w:rPr>
        <w:t xml:space="preserve">, </w:t>
      </w:r>
      <w:proofErr w:type="spellStart"/>
      <w:r w:rsidRPr="00703692">
        <w:rPr>
          <w:rFonts w:ascii="Times New Roman" w:hAnsi="Times New Roman"/>
          <w:sz w:val="24"/>
          <w:szCs w:val="28"/>
        </w:rPr>
        <w:t>aprobată</w:t>
      </w:r>
      <w:proofErr w:type="spellEnd"/>
      <w:r w:rsidRPr="00703692">
        <w:rPr>
          <w:rFonts w:ascii="Times New Roman" w:hAnsi="Times New Roman"/>
          <w:sz w:val="24"/>
          <w:szCs w:val="28"/>
        </w:rPr>
        <w:t xml:space="preserve"> </w:t>
      </w:r>
      <w:proofErr w:type="spellStart"/>
      <w:r w:rsidRPr="00703692">
        <w:rPr>
          <w:rFonts w:ascii="Times New Roman" w:hAnsi="Times New Roman"/>
          <w:sz w:val="24"/>
          <w:szCs w:val="28"/>
        </w:rPr>
        <w:t>prin</w:t>
      </w:r>
      <w:proofErr w:type="spellEnd"/>
      <w:r w:rsidRPr="00703692">
        <w:rPr>
          <w:rFonts w:ascii="Times New Roman" w:hAnsi="Times New Roman"/>
          <w:sz w:val="24"/>
          <w:szCs w:val="28"/>
        </w:rPr>
        <w:t xml:space="preserve"> </w:t>
      </w:r>
      <w:proofErr w:type="spellStart"/>
      <w:r w:rsidRPr="00703692">
        <w:rPr>
          <w:rFonts w:ascii="Times New Roman" w:hAnsi="Times New Roman"/>
          <w:sz w:val="24"/>
          <w:szCs w:val="28"/>
        </w:rPr>
        <w:t>Hotărârea</w:t>
      </w:r>
      <w:proofErr w:type="spellEnd"/>
      <w:r w:rsidRPr="00703692">
        <w:rPr>
          <w:rFonts w:ascii="Times New Roman" w:hAnsi="Times New Roman"/>
          <w:sz w:val="24"/>
          <w:szCs w:val="28"/>
        </w:rPr>
        <w:t xml:space="preserve"> </w:t>
      </w:r>
      <w:proofErr w:type="spellStart"/>
      <w:r w:rsidRPr="00703692">
        <w:rPr>
          <w:rFonts w:ascii="Times New Roman" w:hAnsi="Times New Roman"/>
          <w:sz w:val="24"/>
          <w:szCs w:val="28"/>
        </w:rPr>
        <w:t>Guvernului</w:t>
      </w:r>
      <w:proofErr w:type="spellEnd"/>
      <w:r w:rsidRPr="00703692">
        <w:rPr>
          <w:rFonts w:ascii="Times New Roman" w:hAnsi="Times New Roman"/>
          <w:sz w:val="24"/>
          <w:szCs w:val="28"/>
        </w:rPr>
        <w:t xml:space="preserve"> nr. 501/2018.</w:t>
      </w:r>
    </w:p>
    <w:p w14:paraId="61800150" w14:textId="2531D679" w:rsidR="006038A8" w:rsidRPr="00703692" w:rsidRDefault="00000000" w:rsidP="00703692">
      <w:pPr>
        <w:pStyle w:val="Listparagraf"/>
        <w:numPr>
          <w:ilvl w:val="0"/>
          <w:numId w:val="11"/>
        </w:numPr>
        <w:spacing w:after="80"/>
        <w:jc w:val="both"/>
        <w:rPr>
          <w:sz w:val="28"/>
          <w:szCs w:val="28"/>
        </w:rPr>
      </w:pPr>
      <w:r w:rsidRPr="00703692">
        <w:rPr>
          <w:rFonts w:ascii="Times New Roman" w:hAnsi="Times New Roman"/>
          <w:sz w:val="24"/>
          <w:szCs w:val="28"/>
        </w:rPr>
        <w:t xml:space="preserve">Ne </w:t>
      </w:r>
      <w:proofErr w:type="spellStart"/>
      <w:r w:rsidRPr="00703692">
        <w:rPr>
          <w:rFonts w:ascii="Times New Roman" w:hAnsi="Times New Roman"/>
          <w:sz w:val="24"/>
          <w:szCs w:val="28"/>
        </w:rPr>
        <w:t>angajăm</w:t>
      </w:r>
      <w:proofErr w:type="spellEnd"/>
      <w:r w:rsidRPr="00703692">
        <w:rPr>
          <w:rFonts w:ascii="Times New Roman" w:hAnsi="Times New Roman"/>
          <w:sz w:val="24"/>
          <w:szCs w:val="28"/>
        </w:rPr>
        <w:t xml:space="preserve"> </w:t>
      </w:r>
      <w:proofErr w:type="spellStart"/>
      <w:r w:rsidRPr="00703692">
        <w:rPr>
          <w:rFonts w:ascii="Times New Roman" w:hAnsi="Times New Roman"/>
          <w:sz w:val="24"/>
          <w:szCs w:val="28"/>
        </w:rPr>
        <w:t>să</w:t>
      </w:r>
      <w:proofErr w:type="spellEnd"/>
      <w:r w:rsidRPr="00703692">
        <w:rPr>
          <w:rFonts w:ascii="Times New Roman" w:hAnsi="Times New Roman"/>
          <w:sz w:val="24"/>
          <w:szCs w:val="28"/>
        </w:rPr>
        <w:t xml:space="preserve"> </w:t>
      </w:r>
      <w:proofErr w:type="spellStart"/>
      <w:r w:rsidRPr="00703692">
        <w:rPr>
          <w:rFonts w:ascii="Times New Roman" w:hAnsi="Times New Roman"/>
          <w:sz w:val="24"/>
          <w:szCs w:val="28"/>
        </w:rPr>
        <w:t>respectăm</w:t>
      </w:r>
      <w:proofErr w:type="spellEnd"/>
      <w:r w:rsidRPr="00703692">
        <w:rPr>
          <w:rFonts w:ascii="Times New Roman" w:hAnsi="Times New Roman"/>
          <w:sz w:val="24"/>
          <w:szCs w:val="28"/>
        </w:rPr>
        <w:t xml:space="preserve"> </w:t>
      </w:r>
      <w:proofErr w:type="spellStart"/>
      <w:r w:rsidRPr="00703692">
        <w:rPr>
          <w:rFonts w:ascii="Times New Roman" w:hAnsi="Times New Roman"/>
          <w:sz w:val="24"/>
          <w:szCs w:val="28"/>
        </w:rPr>
        <w:t>cerințele</w:t>
      </w:r>
      <w:proofErr w:type="spellEnd"/>
      <w:r w:rsidRPr="00703692">
        <w:rPr>
          <w:rFonts w:ascii="Times New Roman" w:hAnsi="Times New Roman"/>
          <w:sz w:val="24"/>
          <w:szCs w:val="28"/>
        </w:rPr>
        <w:t xml:space="preserve"> </w:t>
      </w:r>
      <w:proofErr w:type="spellStart"/>
      <w:r w:rsidRPr="00703692">
        <w:rPr>
          <w:rFonts w:ascii="Times New Roman" w:hAnsi="Times New Roman"/>
          <w:sz w:val="24"/>
          <w:szCs w:val="28"/>
        </w:rPr>
        <w:t>privind</w:t>
      </w:r>
      <w:proofErr w:type="spellEnd"/>
      <w:r w:rsidRPr="00703692">
        <w:rPr>
          <w:rFonts w:ascii="Times New Roman" w:hAnsi="Times New Roman"/>
          <w:sz w:val="24"/>
          <w:szCs w:val="28"/>
        </w:rPr>
        <w:t xml:space="preserve"> </w:t>
      </w:r>
      <w:proofErr w:type="spellStart"/>
      <w:r w:rsidRPr="00703692">
        <w:rPr>
          <w:rFonts w:ascii="Times New Roman" w:hAnsi="Times New Roman"/>
          <w:sz w:val="24"/>
          <w:szCs w:val="28"/>
        </w:rPr>
        <w:t>gestionarea</w:t>
      </w:r>
      <w:proofErr w:type="spellEnd"/>
      <w:r w:rsidRPr="00703692">
        <w:rPr>
          <w:rFonts w:ascii="Times New Roman" w:hAnsi="Times New Roman"/>
          <w:sz w:val="24"/>
          <w:szCs w:val="28"/>
        </w:rPr>
        <w:t xml:space="preserve"> </w:t>
      </w:r>
      <w:proofErr w:type="spellStart"/>
      <w:r w:rsidRPr="00703692">
        <w:rPr>
          <w:rFonts w:ascii="Times New Roman" w:hAnsi="Times New Roman"/>
          <w:sz w:val="24"/>
          <w:szCs w:val="28"/>
        </w:rPr>
        <w:t>deşeurilor</w:t>
      </w:r>
      <w:proofErr w:type="spellEnd"/>
      <w:r w:rsidRPr="00703692">
        <w:rPr>
          <w:rFonts w:ascii="Times New Roman" w:hAnsi="Times New Roman"/>
          <w:sz w:val="24"/>
          <w:szCs w:val="28"/>
        </w:rPr>
        <w:t xml:space="preserve"> de </w:t>
      </w:r>
      <w:proofErr w:type="spellStart"/>
      <w:r w:rsidRPr="00703692">
        <w:rPr>
          <w:rFonts w:ascii="Times New Roman" w:hAnsi="Times New Roman"/>
          <w:sz w:val="24"/>
          <w:szCs w:val="28"/>
        </w:rPr>
        <w:t>baterii</w:t>
      </w:r>
      <w:proofErr w:type="spellEnd"/>
      <w:r w:rsidRPr="00703692">
        <w:rPr>
          <w:rFonts w:ascii="Times New Roman" w:hAnsi="Times New Roman"/>
          <w:sz w:val="24"/>
          <w:szCs w:val="28"/>
        </w:rPr>
        <w:t xml:space="preserve"> </w:t>
      </w:r>
      <w:proofErr w:type="spellStart"/>
      <w:r w:rsidRPr="00703692">
        <w:rPr>
          <w:rFonts w:ascii="Times New Roman" w:hAnsi="Times New Roman"/>
          <w:sz w:val="24"/>
          <w:szCs w:val="28"/>
        </w:rPr>
        <w:t>şi</w:t>
      </w:r>
      <w:proofErr w:type="spellEnd"/>
      <w:r w:rsidRPr="00703692">
        <w:rPr>
          <w:rFonts w:ascii="Times New Roman" w:hAnsi="Times New Roman"/>
          <w:sz w:val="24"/>
          <w:szCs w:val="28"/>
        </w:rPr>
        <w:t xml:space="preserve"> </w:t>
      </w:r>
      <w:proofErr w:type="spellStart"/>
      <w:r w:rsidRPr="00703692">
        <w:rPr>
          <w:rFonts w:ascii="Times New Roman" w:hAnsi="Times New Roman"/>
          <w:sz w:val="24"/>
          <w:szCs w:val="28"/>
        </w:rPr>
        <w:t>acumulatori</w:t>
      </w:r>
      <w:proofErr w:type="spellEnd"/>
      <w:r w:rsidRPr="00703692">
        <w:rPr>
          <w:rFonts w:ascii="Times New Roman" w:hAnsi="Times New Roman"/>
          <w:sz w:val="24"/>
          <w:szCs w:val="28"/>
        </w:rPr>
        <w:t xml:space="preserve"> conform </w:t>
      </w:r>
      <w:proofErr w:type="spellStart"/>
      <w:r w:rsidRPr="00703692">
        <w:rPr>
          <w:rFonts w:ascii="Times New Roman" w:hAnsi="Times New Roman"/>
          <w:sz w:val="24"/>
          <w:szCs w:val="28"/>
        </w:rPr>
        <w:t>Regulamentului</w:t>
      </w:r>
      <w:proofErr w:type="spellEnd"/>
      <w:r w:rsidRPr="00703692">
        <w:rPr>
          <w:rFonts w:ascii="Times New Roman" w:hAnsi="Times New Roman"/>
          <w:sz w:val="24"/>
          <w:szCs w:val="28"/>
        </w:rPr>
        <w:t xml:space="preserve"> </w:t>
      </w:r>
      <w:proofErr w:type="spellStart"/>
      <w:r w:rsidRPr="00703692">
        <w:rPr>
          <w:rFonts w:ascii="Times New Roman" w:hAnsi="Times New Roman"/>
          <w:sz w:val="24"/>
          <w:szCs w:val="28"/>
        </w:rPr>
        <w:t>și</w:t>
      </w:r>
      <w:proofErr w:type="spellEnd"/>
      <w:r w:rsidRPr="00703692">
        <w:rPr>
          <w:rFonts w:ascii="Times New Roman" w:hAnsi="Times New Roman"/>
          <w:sz w:val="24"/>
          <w:szCs w:val="28"/>
        </w:rPr>
        <w:t xml:space="preserve"> </w:t>
      </w:r>
      <w:proofErr w:type="spellStart"/>
      <w:r w:rsidRPr="00703692">
        <w:rPr>
          <w:rFonts w:ascii="Times New Roman" w:hAnsi="Times New Roman"/>
          <w:sz w:val="24"/>
          <w:szCs w:val="28"/>
        </w:rPr>
        <w:t>prevederilor</w:t>
      </w:r>
      <w:proofErr w:type="spellEnd"/>
      <w:r w:rsidRPr="00703692">
        <w:rPr>
          <w:rFonts w:ascii="Times New Roman" w:hAnsi="Times New Roman"/>
          <w:sz w:val="24"/>
          <w:szCs w:val="28"/>
        </w:rPr>
        <w:t xml:space="preserve"> </w:t>
      </w:r>
      <w:proofErr w:type="spellStart"/>
      <w:r w:rsidRPr="00703692">
        <w:rPr>
          <w:rFonts w:ascii="Times New Roman" w:hAnsi="Times New Roman"/>
          <w:sz w:val="24"/>
          <w:szCs w:val="28"/>
        </w:rPr>
        <w:t>Legii</w:t>
      </w:r>
      <w:proofErr w:type="spellEnd"/>
      <w:r w:rsidRPr="00703692">
        <w:rPr>
          <w:rFonts w:ascii="Times New Roman" w:hAnsi="Times New Roman"/>
          <w:sz w:val="24"/>
          <w:szCs w:val="28"/>
        </w:rPr>
        <w:t xml:space="preserve"> nr. 209/2016 </w:t>
      </w:r>
      <w:proofErr w:type="spellStart"/>
      <w:r w:rsidRPr="00703692">
        <w:rPr>
          <w:rFonts w:ascii="Times New Roman" w:hAnsi="Times New Roman"/>
          <w:sz w:val="24"/>
          <w:szCs w:val="28"/>
        </w:rPr>
        <w:t>privind</w:t>
      </w:r>
      <w:proofErr w:type="spellEnd"/>
      <w:r w:rsidRPr="00703692">
        <w:rPr>
          <w:rFonts w:ascii="Times New Roman" w:hAnsi="Times New Roman"/>
          <w:sz w:val="24"/>
          <w:szCs w:val="28"/>
        </w:rPr>
        <w:t xml:space="preserve"> </w:t>
      </w:r>
      <w:proofErr w:type="spellStart"/>
      <w:r w:rsidRPr="00703692">
        <w:rPr>
          <w:rFonts w:ascii="Times New Roman" w:hAnsi="Times New Roman"/>
          <w:sz w:val="24"/>
          <w:szCs w:val="28"/>
        </w:rPr>
        <w:t>deşeurile</w:t>
      </w:r>
      <w:proofErr w:type="spellEnd"/>
      <w:r w:rsidRPr="00703692">
        <w:rPr>
          <w:rFonts w:ascii="Times New Roman" w:hAnsi="Times New Roman"/>
          <w:sz w:val="24"/>
          <w:szCs w:val="28"/>
        </w:rPr>
        <w:t>.</w:t>
      </w:r>
    </w:p>
    <w:p w14:paraId="06BF4DD5" w14:textId="4E46D8C6" w:rsidR="006038A8" w:rsidRPr="00703692" w:rsidRDefault="00000000" w:rsidP="00703692">
      <w:pPr>
        <w:pStyle w:val="Listparagraf"/>
        <w:numPr>
          <w:ilvl w:val="0"/>
          <w:numId w:val="11"/>
        </w:numPr>
        <w:spacing w:after="80"/>
        <w:jc w:val="both"/>
        <w:rPr>
          <w:sz w:val="28"/>
          <w:szCs w:val="28"/>
        </w:rPr>
      </w:pPr>
      <w:proofErr w:type="spellStart"/>
      <w:r w:rsidRPr="00703692">
        <w:rPr>
          <w:rFonts w:ascii="Times New Roman" w:hAnsi="Times New Roman"/>
          <w:sz w:val="24"/>
          <w:szCs w:val="28"/>
        </w:rPr>
        <w:t>Deşeurile</w:t>
      </w:r>
      <w:proofErr w:type="spellEnd"/>
      <w:r w:rsidRPr="00703692">
        <w:rPr>
          <w:rFonts w:ascii="Times New Roman" w:hAnsi="Times New Roman"/>
          <w:sz w:val="24"/>
          <w:szCs w:val="28"/>
        </w:rPr>
        <w:t xml:space="preserve"> de </w:t>
      </w:r>
      <w:proofErr w:type="spellStart"/>
      <w:r w:rsidRPr="00703692">
        <w:rPr>
          <w:rFonts w:ascii="Times New Roman" w:hAnsi="Times New Roman"/>
          <w:sz w:val="24"/>
          <w:szCs w:val="28"/>
        </w:rPr>
        <w:t>baterii</w:t>
      </w:r>
      <w:proofErr w:type="spellEnd"/>
      <w:r w:rsidRPr="00703692">
        <w:rPr>
          <w:rFonts w:ascii="Times New Roman" w:hAnsi="Times New Roman"/>
          <w:sz w:val="24"/>
          <w:szCs w:val="28"/>
        </w:rPr>
        <w:t xml:space="preserve"> </w:t>
      </w:r>
      <w:proofErr w:type="spellStart"/>
      <w:r w:rsidRPr="00703692">
        <w:rPr>
          <w:rFonts w:ascii="Times New Roman" w:hAnsi="Times New Roman"/>
          <w:sz w:val="24"/>
          <w:szCs w:val="28"/>
        </w:rPr>
        <w:t>şi</w:t>
      </w:r>
      <w:proofErr w:type="spellEnd"/>
      <w:r w:rsidRPr="00703692">
        <w:rPr>
          <w:rFonts w:ascii="Times New Roman" w:hAnsi="Times New Roman"/>
          <w:sz w:val="24"/>
          <w:szCs w:val="28"/>
        </w:rPr>
        <w:t xml:space="preserve"> </w:t>
      </w:r>
      <w:proofErr w:type="spellStart"/>
      <w:r w:rsidRPr="00703692">
        <w:rPr>
          <w:rFonts w:ascii="Times New Roman" w:hAnsi="Times New Roman"/>
          <w:sz w:val="24"/>
          <w:szCs w:val="28"/>
        </w:rPr>
        <w:t>acumulatori</w:t>
      </w:r>
      <w:proofErr w:type="spellEnd"/>
      <w:r w:rsidRPr="00703692">
        <w:rPr>
          <w:rFonts w:ascii="Times New Roman" w:hAnsi="Times New Roman"/>
          <w:sz w:val="24"/>
          <w:szCs w:val="28"/>
        </w:rPr>
        <w:t xml:space="preserve"> </w:t>
      </w:r>
      <w:proofErr w:type="spellStart"/>
      <w:r w:rsidRPr="00703692">
        <w:rPr>
          <w:rFonts w:ascii="Times New Roman" w:hAnsi="Times New Roman"/>
          <w:sz w:val="24"/>
          <w:szCs w:val="28"/>
        </w:rPr>
        <w:t>vor</w:t>
      </w:r>
      <w:proofErr w:type="spellEnd"/>
      <w:r w:rsidRPr="00703692">
        <w:rPr>
          <w:rFonts w:ascii="Times New Roman" w:hAnsi="Times New Roman"/>
          <w:sz w:val="24"/>
          <w:szCs w:val="28"/>
        </w:rPr>
        <w:t xml:space="preserve"> fi predate </w:t>
      </w:r>
      <w:proofErr w:type="spellStart"/>
      <w:r w:rsidRPr="00703692">
        <w:rPr>
          <w:rFonts w:ascii="Times New Roman" w:hAnsi="Times New Roman"/>
          <w:sz w:val="24"/>
          <w:szCs w:val="28"/>
        </w:rPr>
        <w:t>operatorilor</w:t>
      </w:r>
      <w:proofErr w:type="spellEnd"/>
      <w:r w:rsidRPr="00703692">
        <w:rPr>
          <w:rFonts w:ascii="Times New Roman" w:hAnsi="Times New Roman"/>
          <w:sz w:val="24"/>
          <w:szCs w:val="28"/>
        </w:rPr>
        <w:t xml:space="preserve"> </w:t>
      </w:r>
      <w:proofErr w:type="spellStart"/>
      <w:r w:rsidRPr="00703692">
        <w:rPr>
          <w:rFonts w:ascii="Times New Roman" w:hAnsi="Times New Roman"/>
          <w:sz w:val="24"/>
          <w:szCs w:val="28"/>
        </w:rPr>
        <w:t>autorizați</w:t>
      </w:r>
      <w:proofErr w:type="spellEnd"/>
      <w:r w:rsidRPr="00703692">
        <w:rPr>
          <w:rFonts w:ascii="Times New Roman" w:hAnsi="Times New Roman"/>
          <w:sz w:val="24"/>
          <w:szCs w:val="28"/>
        </w:rPr>
        <w:t xml:space="preserve"> </w:t>
      </w:r>
      <w:proofErr w:type="spellStart"/>
      <w:r w:rsidRPr="00703692">
        <w:rPr>
          <w:rFonts w:ascii="Times New Roman" w:hAnsi="Times New Roman"/>
          <w:sz w:val="24"/>
          <w:szCs w:val="28"/>
        </w:rPr>
        <w:t>în</w:t>
      </w:r>
      <w:proofErr w:type="spellEnd"/>
      <w:r w:rsidRPr="00703692">
        <w:rPr>
          <w:rFonts w:ascii="Times New Roman" w:hAnsi="Times New Roman"/>
          <w:sz w:val="24"/>
          <w:szCs w:val="28"/>
        </w:rPr>
        <w:t xml:space="preserve"> </w:t>
      </w:r>
      <w:proofErr w:type="spellStart"/>
      <w:r w:rsidRPr="00703692">
        <w:rPr>
          <w:rFonts w:ascii="Times New Roman" w:hAnsi="Times New Roman"/>
          <w:sz w:val="24"/>
          <w:szCs w:val="28"/>
        </w:rPr>
        <w:t>gestionarea</w:t>
      </w:r>
      <w:proofErr w:type="spellEnd"/>
      <w:r w:rsidRPr="00703692">
        <w:rPr>
          <w:rFonts w:ascii="Times New Roman" w:hAnsi="Times New Roman"/>
          <w:sz w:val="24"/>
          <w:szCs w:val="28"/>
        </w:rPr>
        <w:t xml:space="preserve"> </w:t>
      </w:r>
      <w:proofErr w:type="spellStart"/>
      <w:r w:rsidRPr="00703692">
        <w:rPr>
          <w:rFonts w:ascii="Times New Roman" w:hAnsi="Times New Roman"/>
          <w:sz w:val="24"/>
          <w:szCs w:val="28"/>
        </w:rPr>
        <w:t>deşeurilor</w:t>
      </w:r>
      <w:proofErr w:type="spellEnd"/>
      <w:r w:rsidRPr="00703692">
        <w:rPr>
          <w:rFonts w:ascii="Times New Roman" w:hAnsi="Times New Roman"/>
          <w:sz w:val="24"/>
          <w:szCs w:val="28"/>
        </w:rPr>
        <w:t xml:space="preserve"> de </w:t>
      </w:r>
      <w:proofErr w:type="spellStart"/>
      <w:r w:rsidRPr="00703692">
        <w:rPr>
          <w:rFonts w:ascii="Times New Roman" w:hAnsi="Times New Roman"/>
          <w:sz w:val="24"/>
          <w:szCs w:val="28"/>
        </w:rPr>
        <w:t>baterii</w:t>
      </w:r>
      <w:proofErr w:type="spellEnd"/>
      <w:r w:rsidRPr="00703692">
        <w:rPr>
          <w:rFonts w:ascii="Times New Roman" w:hAnsi="Times New Roman"/>
          <w:sz w:val="24"/>
          <w:szCs w:val="28"/>
        </w:rPr>
        <w:t xml:space="preserve"> </w:t>
      </w:r>
      <w:proofErr w:type="spellStart"/>
      <w:r w:rsidRPr="00703692">
        <w:rPr>
          <w:rFonts w:ascii="Times New Roman" w:hAnsi="Times New Roman"/>
          <w:sz w:val="24"/>
          <w:szCs w:val="28"/>
        </w:rPr>
        <w:t>şi</w:t>
      </w:r>
      <w:proofErr w:type="spellEnd"/>
      <w:r w:rsidRPr="00703692">
        <w:rPr>
          <w:rFonts w:ascii="Times New Roman" w:hAnsi="Times New Roman"/>
          <w:sz w:val="24"/>
          <w:szCs w:val="28"/>
        </w:rPr>
        <w:t xml:space="preserve"> </w:t>
      </w:r>
      <w:proofErr w:type="spellStart"/>
      <w:r w:rsidRPr="00703692">
        <w:rPr>
          <w:rFonts w:ascii="Times New Roman" w:hAnsi="Times New Roman"/>
          <w:sz w:val="24"/>
          <w:szCs w:val="28"/>
        </w:rPr>
        <w:t>acumulatori</w:t>
      </w:r>
      <w:proofErr w:type="spellEnd"/>
      <w:r w:rsidRPr="00703692">
        <w:rPr>
          <w:rFonts w:ascii="Times New Roman" w:hAnsi="Times New Roman"/>
          <w:sz w:val="24"/>
          <w:szCs w:val="28"/>
        </w:rPr>
        <w:t>.</w:t>
      </w:r>
    </w:p>
    <w:p w14:paraId="741989D7" w14:textId="77777777" w:rsidR="006038A8" w:rsidRDefault="006038A8">
      <w:pPr>
        <w:spacing w:before="28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80"/>
        <w:gridCol w:w="3312"/>
        <w:gridCol w:w="3168"/>
      </w:tblGrid>
      <w:tr w:rsidR="006038A8" w14:paraId="3CFB7D61" w14:textId="77777777">
        <w:trPr>
          <w:jc w:val="center"/>
        </w:trPr>
        <w:tc>
          <w:tcPr>
            <w:tcW w:w="2880" w:type="dxa"/>
          </w:tcPr>
          <w:p w14:paraId="12C9F66B" w14:textId="77777777" w:rsidR="006038A8" w:rsidRDefault="00000000">
            <w:pPr>
              <w:spacing w:after="40"/>
            </w:pPr>
            <w:r>
              <w:rPr>
                <w:rFonts w:ascii="Times New Roman" w:hAnsi="Times New Roman"/>
                <w:b/>
                <w:sz w:val="20"/>
              </w:rPr>
              <w:t>Data:</w:t>
            </w:r>
          </w:p>
        </w:tc>
        <w:tc>
          <w:tcPr>
            <w:tcW w:w="3312" w:type="dxa"/>
          </w:tcPr>
          <w:p w14:paraId="68FF1D57" w14:textId="77777777" w:rsidR="006038A8" w:rsidRDefault="00000000">
            <w:pPr>
              <w:spacing w:after="40"/>
            </w:pPr>
            <w:proofErr w:type="spellStart"/>
            <w:r>
              <w:rPr>
                <w:rFonts w:ascii="Times New Roman" w:hAnsi="Times New Roman"/>
                <w:b/>
                <w:sz w:val="20"/>
              </w:rPr>
              <w:t>Numele</w:t>
            </w:r>
            <w:proofErr w:type="spellEnd"/>
            <w:r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</w:rPr>
              <w:t>și</w:t>
            </w:r>
            <w:proofErr w:type="spellEnd"/>
            <w:r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</w:rPr>
              <w:t>prenumele</w:t>
            </w:r>
            <w:proofErr w:type="spellEnd"/>
            <w:r>
              <w:rPr>
                <w:rFonts w:ascii="Times New Roman" w:hAnsi="Times New Roman"/>
                <w:b/>
                <w:sz w:val="20"/>
              </w:rPr>
              <w:t>:</w:t>
            </w:r>
          </w:p>
        </w:tc>
        <w:tc>
          <w:tcPr>
            <w:tcW w:w="3168" w:type="dxa"/>
          </w:tcPr>
          <w:p w14:paraId="1E1594D5" w14:textId="77777777" w:rsidR="006038A8" w:rsidRDefault="00000000">
            <w:pPr>
              <w:spacing w:after="40"/>
            </w:pPr>
            <w:proofErr w:type="spellStart"/>
            <w:r>
              <w:rPr>
                <w:rFonts w:ascii="Times New Roman" w:hAnsi="Times New Roman"/>
                <w:b/>
                <w:sz w:val="20"/>
              </w:rPr>
              <w:t>Semnătura</w:t>
            </w:r>
            <w:proofErr w:type="spellEnd"/>
            <w:r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</w:rPr>
              <w:t>şi</w:t>
            </w:r>
            <w:proofErr w:type="spellEnd"/>
            <w:r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</w:rPr>
              <w:t>ştampila</w:t>
            </w:r>
            <w:proofErr w:type="spellEnd"/>
            <w:r>
              <w:rPr>
                <w:rFonts w:ascii="Times New Roman" w:hAnsi="Times New Roman"/>
                <w:b/>
                <w:sz w:val="20"/>
              </w:rPr>
              <w:t>:</w:t>
            </w:r>
          </w:p>
        </w:tc>
      </w:tr>
      <w:tr w:rsidR="006038A8" w14:paraId="099FF11E" w14:textId="77777777">
        <w:trPr>
          <w:jc w:val="center"/>
        </w:trPr>
        <w:tc>
          <w:tcPr>
            <w:tcW w:w="2880" w:type="dxa"/>
          </w:tcPr>
          <w:p w14:paraId="1705CF74" w14:textId="351F387D" w:rsidR="006038A8" w:rsidRDefault="00FF0D9E">
            <w:pPr>
              <w:spacing w:after="40"/>
            </w:pPr>
            <w:r>
              <w:rPr>
                <w:rFonts w:ascii="Times New Roman" w:hAnsi="Times New Roman"/>
                <w:sz w:val="20"/>
              </w:rPr>
              <w:t>________</w:t>
            </w:r>
            <w:r w:rsidR="00703692">
              <w:rPr>
                <w:rFonts w:ascii="Times New Roman" w:hAnsi="Times New Roman"/>
                <w:sz w:val="20"/>
              </w:rPr>
              <w:t>___</w:t>
            </w:r>
            <w:r>
              <w:rPr>
                <w:rFonts w:ascii="Times New Roman" w:hAnsi="Times New Roman"/>
                <w:sz w:val="20"/>
              </w:rPr>
              <w:t>________</w:t>
            </w:r>
          </w:p>
        </w:tc>
        <w:tc>
          <w:tcPr>
            <w:tcW w:w="3312" w:type="dxa"/>
          </w:tcPr>
          <w:p w14:paraId="54F4471E" w14:textId="77777777" w:rsidR="006038A8" w:rsidRDefault="00000000">
            <w:pPr>
              <w:spacing w:after="40"/>
            </w:pPr>
            <w:r>
              <w:rPr>
                <w:rFonts w:ascii="Times New Roman" w:hAnsi="Times New Roman"/>
                <w:sz w:val="20"/>
              </w:rPr>
              <w:t>_______________________</w:t>
            </w:r>
          </w:p>
        </w:tc>
        <w:tc>
          <w:tcPr>
            <w:tcW w:w="3168" w:type="dxa"/>
          </w:tcPr>
          <w:p w14:paraId="3A5929A8" w14:textId="77777777" w:rsidR="006038A8" w:rsidRDefault="00000000">
            <w:pPr>
              <w:spacing w:after="40"/>
            </w:pPr>
            <w:r>
              <w:rPr>
                <w:rFonts w:ascii="Times New Roman" w:hAnsi="Times New Roman"/>
                <w:sz w:val="20"/>
              </w:rPr>
              <w:t>_______________________</w:t>
            </w:r>
          </w:p>
        </w:tc>
      </w:tr>
    </w:tbl>
    <w:p w14:paraId="57F1D2A1" w14:textId="77777777" w:rsidR="006038A8" w:rsidRDefault="00000000">
      <w:pPr>
        <w:spacing w:before="200" w:after="40"/>
      </w:pPr>
      <w:r>
        <w:rPr>
          <w:rFonts w:ascii="Times New Roman" w:hAnsi="Times New Roman"/>
          <w:b/>
          <w:sz w:val="19"/>
        </w:rPr>
        <w:t>Note:</w:t>
      </w:r>
    </w:p>
    <w:p w14:paraId="732A564F" w14:textId="77777777" w:rsidR="006038A8" w:rsidRDefault="00000000">
      <w:pPr>
        <w:spacing w:after="20"/>
      </w:pPr>
      <w:r>
        <w:rPr>
          <w:rFonts w:ascii="Times New Roman" w:hAnsi="Times New Roman"/>
          <w:sz w:val="18"/>
        </w:rPr>
        <w:t xml:space="preserve">1. </w:t>
      </w:r>
      <w:proofErr w:type="spellStart"/>
      <w:r>
        <w:rPr>
          <w:rFonts w:ascii="Times New Roman" w:hAnsi="Times New Roman"/>
          <w:sz w:val="18"/>
        </w:rPr>
        <w:t>Prezenta</w:t>
      </w:r>
      <w:proofErr w:type="spellEnd"/>
      <w:r>
        <w:rPr>
          <w:rFonts w:ascii="Times New Roman" w:hAnsi="Times New Roman"/>
          <w:sz w:val="18"/>
        </w:rPr>
        <w:t xml:space="preserve"> </w:t>
      </w:r>
      <w:proofErr w:type="spellStart"/>
      <w:r>
        <w:rPr>
          <w:rFonts w:ascii="Times New Roman" w:hAnsi="Times New Roman"/>
          <w:sz w:val="18"/>
        </w:rPr>
        <w:t>declarație</w:t>
      </w:r>
      <w:proofErr w:type="spellEnd"/>
      <w:r>
        <w:rPr>
          <w:rFonts w:ascii="Times New Roman" w:hAnsi="Times New Roman"/>
          <w:sz w:val="18"/>
        </w:rPr>
        <w:t xml:space="preserve"> se </w:t>
      </w:r>
      <w:proofErr w:type="spellStart"/>
      <w:r>
        <w:rPr>
          <w:rFonts w:ascii="Times New Roman" w:hAnsi="Times New Roman"/>
          <w:sz w:val="18"/>
        </w:rPr>
        <w:t>completează</w:t>
      </w:r>
      <w:proofErr w:type="spellEnd"/>
      <w:r>
        <w:rPr>
          <w:rFonts w:ascii="Times New Roman" w:hAnsi="Times New Roman"/>
          <w:sz w:val="18"/>
        </w:rPr>
        <w:t xml:space="preserve"> la </w:t>
      </w:r>
      <w:proofErr w:type="spellStart"/>
      <w:r>
        <w:rPr>
          <w:rFonts w:ascii="Times New Roman" w:hAnsi="Times New Roman"/>
          <w:sz w:val="18"/>
        </w:rPr>
        <w:t>fiecare</w:t>
      </w:r>
      <w:proofErr w:type="spellEnd"/>
      <w:r>
        <w:rPr>
          <w:rFonts w:ascii="Times New Roman" w:hAnsi="Times New Roman"/>
          <w:sz w:val="18"/>
        </w:rPr>
        <w:t xml:space="preserve"> import.</w:t>
      </w:r>
    </w:p>
    <w:p w14:paraId="3A3DFD26" w14:textId="77777777" w:rsidR="006038A8" w:rsidRDefault="00000000">
      <w:pPr>
        <w:spacing w:after="20"/>
      </w:pPr>
      <w:r>
        <w:rPr>
          <w:rFonts w:ascii="Times New Roman" w:hAnsi="Times New Roman"/>
          <w:sz w:val="18"/>
        </w:rPr>
        <w:t xml:space="preserve">2. </w:t>
      </w:r>
      <w:proofErr w:type="spellStart"/>
      <w:r>
        <w:rPr>
          <w:rFonts w:ascii="Times New Roman" w:hAnsi="Times New Roman"/>
          <w:sz w:val="18"/>
        </w:rPr>
        <w:t>Declarația</w:t>
      </w:r>
      <w:proofErr w:type="spellEnd"/>
      <w:r>
        <w:rPr>
          <w:rFonts w:ascii="Times New Roman" w:hAnsi="Times New Roman"/>
          <w:sz w:val="18"/>
        </w:rPr>
        <w:t xml:space="preserve"> se </w:t>
      </w:r>
      <w:proofErr w:type="spellStart"/>
      <w:r>
        <w:rPr>
          <w:rFonts w:ascii="Times New Roman" w:hAnsi="Times New Roman"/>
          <w:sz w:val="18"/>
        </w:rPr>
        <w:t>păstrează</w:t>
      </w:r>
      <w:proofErr w:type="spellEnd"/>
      <w:r>
        <w:rPr>
          <w:rFonts w:ascii="Times New Roman" w:hAnsi="Times New Roman"/>
          <w:sz w:val="18"/>
        </w:rPr>
        <w:t xml:space="preserve"> la </w:t>
      </w:r>
      <w:proofErr w:type="spellStart"/>
      <w:r>
        <w:rPr>
          <w:rFonts w:ascii="Times New Roman" w:hAnsi="Times New Roman"/>
          <w:sz w:val="18"/>
        </w:rPr>
        <w:t>sediul</w:t>
      </w:r>
      <w:proofErr w:type="spellEnd"/>
      <w:r>
        <w:rPr>
          <w:rFonts w:ascii="Times New Roman" w:hAnsi="Times New Roman"/>
          <w:sz w:val="18"/>
        </w:rPr>
        <w:t xml:space="preserve"> </w:t>
      </w:r>
      <w:proofErr w:type="spellStart"/>
      <w:r>
        <w:rPr>
          <w:rFonts w:ascii="Times New Roman" w:hAnsi="Times New Roman"/>
          <w:sz w:val="18"/>
        </w:rPr>
        <w:t>Agenției</w:t>
      </w:r>
      <w:proofErr w:type="spellEnd"/>
      <w:r>
        <w:rPr>
          <w:rFonts w:ascii="Times New Roman" w:hAnsi="Times New Roman"/>
          <w:sz w:val="18"/>
        </w:rPr>
        <w:t xml:space="preserve"> de </w:t>
      </w:r>
      <w:proofErr w:type="spellStart"/>
      <w:r>
        <w:rPr>
          <w:rFonts w:ascii="Times New Roman" w:hAnsi="Times New Roman"/>
          <w:sz w:val="18"/>
        </w:rPr>
        <w:t>Mediu</w:t>
      </w:r>
      <w:proofErr w:type="spellEnd"/>
      <w:r>
        <w:rPr>
          <w:rFonts w:ascii="Times New Roman" w:hAnsi="Times New Roman"/>
          <w:sz w:val="18"/>
        </w:rPr>
        <w:t>.</w:t>
      </w:r>
    </w:p>
    <w:p w14:paraId="77257CBC" w14:textId="77777777" w:rsidR="006038A8" w:rsidRDefault="00000000">
      <w:pPr>
        <w:spacing w:after="20"/>
      </w:pPr>
      <w:r>
        <w:rPr>
          <w:rFonts w:ascii="Times New Roman" w:hAnsi="Times New Roman"/>
          <w:sz w:val="18"/>
        </w:rPr>
        <w:t xml:space="preserve">3. </w:t>
      </w:r>
      <w:proofErr w:type="spellStart"/>
      <w:r>
        <w:rPr>
          <w:rFonts w:ascii="Times New Roman" w:hAnsi="Times New Roman"/>
          <w:sz w:val="18"/>
        </w:rPr>
        <w:t>Declarația</w:t>
      </w:r>
      <w:proofErr w:type="spellEnd"/>
      <w:r>
        <w:rPr>
          <w:rFonts w:ascii="Times New Roman" w:hAnsi="Times New Roman"/>
          <w:sz w:val="18"/>
        </w:rPr>
        <w:t xml:space="preserve"> care </w:t>
      </w:r>
      <w:proofErr w:type="spellStart"/>
      <w:r>
        <w:rPr>
          <w:rFonts w:ascii="Times New Roman" w:hAnsi="Times New Roman"/>
          <w:sz w:val="18"/>
        </w:rPr>
        <w:t>conține</w:t>
      </w:r>
      <w:proofErr w:type="spellEnd"/>
      <w:r>
        <w:rPr>
          <w:rFonts w:ascii="Times New Roman" w:hAnsi="Times New Roman"/>
          <w:sz w:val="18"/>
        </w:rPr>
        <w:t xml:space="preserve"> date false se </w:t>
      </w:r>
      <w:proofErr w:type="spellStart"/>
      <w:r>
        <w:rPr>
          <w:rFonts w:ascii="Times New Roman" w:hAnsi="Times New Roman"/>
          <w:sz w:val="18"/>
        </w:rPr>
        <w:t>pedepsește</w:t>
      </w:r>
      <w:proofErr w:type="spellEnd"/>
      <w:r>
        <w:rPr>
          <w:rFonts w:ascii="Times New Roman" w:hAnsi="Times New Roman"/>
          <w:sz w:val="18"/>
        </w:rPr>
        <w:t xml:space="preserve"> conform </w:t>
      </w:r>
      <w:proofErr w:type="spellStart"/>
      <w:r>
        <w:rPr>
          <w:rFonts w:ascii="Times New Roman" w:hAnsi="Times New Roman"/>
          <w:sz w:val="18"/>
        </w:rPr>
        <w:t>prevederilor</w:t>
      </w:r>
      <w:proofErr w:type="spellEnd"/>
      <w:r>
        <w:rPr>
          <w:rFonts w:ascii="Times New Roman" w:hAnsi="Times New Roman"/>
          <w:sz w:val="18"/>
        </w:rPr>
        <w:t xml:space="preserve"> </w:t>
      </w:r>
      <w:proofErr w:type="spellStart"/>
      <w:r>
        <w:rPr>
          <w:rFonts w:ascii="Times New Roman" w:hAnsi="Times New Roman"/>
          <w:sz w:val="18"/>
        </w:rPr>
        <w:t>Codului</w:t>
      </w:r>
      <w:proofErr w:type="spellEnd"/>
      <w:r>
        <w:rPr>
          <w:rFonts w:ascii="Times New Roman" w:hAnsi="Times New Roman"/>
          <w:sz w:val="18"/>
        </w:rPr>
        <w:t xml:space="preserve"> penal nr. 985/2002.</w:t>
      </w:r>
    </w:p>
    <w:p w14:paraId="4BE09EF0" w14:textId="77777777" w:rsidR="00FF0D9E" w:rsidRDefault="00FF0D9E">
      <w:pPr>
        <w:spacing w:after="160"/>
        <w:jc w:val="right"/>
      </w:pPr>
    </w:p>
    <w:p w14:paraId="4F2A9FC4" w14:textId="1F599CC9" w:rsidR="006038A8" w:rsidRPr="00FF0D9E" w:rsidRDefault="00000000">
      <w:pPr>
        <w:spacing w:after="160"/>
        <w:jc w:val="right"/>
        <w:rPr>
          <w:rFonts w:ascii="Times New Roman" w:hAnsi="Times New Roman"/>
          <w:i/>
          <w:sz w:val="20"/>
          <w:szCs w:val="20"/>
        </w:rPr>
      </w:pPr>
      <w:proofErr w:type="spellStart"/>
      <w:r w:rsidRPr="00FF0D9E">
        <w:rPr>
          <w:rFonts w:ascii="Times New Roman" w:hAnsi="Times New Roman"/>
          <w:i/>
          <w:sz w:val="20"/>
          <w:szCs w:val="20"/>
        </w:rPr>
        <w:lastRenderedPageBreak/>
        <w:t>Anexă</w:t>
      </w:r>
      <w:proofErr w:type="spellEnd"/>
      <w:r w:rsidRPr="00FF0D9E">
        <w:rPr>
          <w:rFonts w:ascii="Times New Roman" w:hAnsi="Times New Roman"/>
          <w:i/>
          <w:sz w:val="20"/>
          <w:szCs w:val="20"/>
        </w:rPr>
        <w:t xml:space="preserve"> la </w:t>
      </w:r>
      <w:proofErr w:type="spellStart"/>
      <w:r w:rsidRPr="00FF0D9E">
        <w:rPr>
          <w:rFonts w:ascii="Times New Roman" w:hAnsi="Times New Roman"/>
          <w:i/>
          <w:sz w:val="20"/>
          <w:szCs w:val="20"/>
        </w:rPr>
        <w:t>Declarația</w:t>
      </w:r>
      <w:proofErr w:type="spellEnd"/>
      <w:r w:rsidRPr="00FF0D9E">
        <w:rPr>
          <w:rFonts w:ascii="Times New Roman" w:hAnsi="Times New Roman"/>
          <w:i/>
          <w:sz w:val="20"/>
          <w:szCs w:val="20"/>
        </w:rPr>
        <w:t xml:space="preserve"> pe propria </w:t>
      </w:r>
      <w:proofErr w:type="spellStart"/>
      <w:r w:rsidRPr="00FF0D9E">
        <w:rPr>
          <w:rFonts w:ascii="Times New Roman" w:hAnsi="Times New Roman"/>
          <w:i/>
          <w:sz w:val="20"/>
          <w:szCs w:val="20"/>
        </w:rPr>
        <w:t>răspundere</w:t>
      </w:r>
      <w:proofErr w:type="spellEnd"/>
      <w:r w:rsidRPr="00FF0D9E">
        <w:rPr>
          <w:rFonts w:ascii="Times New Roman" w:hAnsi="Times New Roman"/>
          <w:i/>
          <w:sz w:val="20"/>
          <w:szCs w:val="20"/>
        </w:rPr>
        <w:br/>
      </w:r>
      <w:proofErr w:type="spellStart"/>
      <w:r w:rsidRPr="00FF0D9E">
        <w:rPr>
          <w:rFonts w:ascii="Times New Roman" w:hAnsi="Times New Roman"/>
          <w:i/>
          <w:sz w:val="20"/>
          <w:szCs w:val="20"/>
        </w:rPr>
        <w:t>privind</w:t>
      </w:r>
      <w:proofErr w:type="spellEnd"/>
      <w:r w:rsidRPr="00FF0D9E">
        <w:rPr>
          <w:rFonts w:ascii="Times New Roman" w:hAnsi="Times New Roman"/>
          <w:i/>
          <w:sz w:val="20"/>
          <w:szCs w:val="20"/>
        </w:rPr>
        <w:t xml:space="preserve"> </w:t>
      </w:r>
      <w:proofErr w:type="spellStart"/>
      <w:r w:rsidRPr="00FF0D9E">
        <w:rPr>
          <w:rFonts w:ascii="Times New Roman" w:hAnsi="Times New Roman"/>
          <w:i/>
          <w:sz w:val="20"/>
          <w:szCs w:val="20"/>
        </w:rPr>
        <w:t>gestionarea</w:t>
      </w:r>
      <w:proofErr w:type="spellEnd"/>
      <w:r w:rsidRPr="00FF0D9E">
        <w:rPr>
          <w:rFonts w:ascii="Times New Roman" w:hAnsi="Times New Roman"/>
          <w:i/>
          <w:sz w:val="20"/>
          <w:szCs w:val="20"/>
        </w:rPr>
        <w:t xml:space="preserve"> </w:t>
      </w:r>
      <w:proofErr w:type="spellStart"/>
      <w:r w:rsidRPr="00FF0D9E">
        <w:rPr>
          <w:rFonts w:ascii="Times New Roman" w:hAnsi="Times New Roman"/>
          <w:i/>
          <w:sz w:val="20"/>
          <w:szCs w:val="20"/>
        </w:rPr>
        <w:t>bateriilor</w:t>
      </w:r>
      <w:proofErr w:type="spellEnd"/>
      <w:r w:rsidRPr="00FF0D9E">
        <w:rPr>
          <w:rFonts w:ascii="Times New Roman" w:hAnsi="Times New Roman"/>
          <w:i/>
          <w:sz w:val="20"/>
          <w:szCs w:val="20"/>
        </w:rPr>
        <w:t xml:space="preserve"> </w:t>
      </w:r>
      <w:proofErr w:type="spellStart"/>
      <w:r w:rsidRPr="00FF0D9E">
        <w:rPr>
          <w:rFonts w:ascii="Times New Roman" w:hAnsi="Times New Roman"/>
          <w:i/>
          <w:sz w:val="20"/>
          <w:szCs w:val="20"/>
        </w:rPr>
        <w:t>şi</w:t>
      </w:r>
      <w:proofErr w:type="spellEnd"/>
      <w:r w:rsidRPr="00FF0D9E">
        <w:rPr>
          <w:rFonts w:ascii="Times New Roman" w:hAnsi="Times New Roman"/>
          <w:i/>
          <w:sz w:val="20"/>
          <w:szCs w:val="20"/>
        </w:rPr>
        <w:t xml:space="preserve"> </w:t>
      </w:r>
      <w:proofErr w:type="spellStart"/>
      <w:r w:rsidRPr="00FF0D9E">
        <w:rPr>
          <w:rFonts w:ascii="Times New Roman" w:hAnsi="Times New Roman"/>
          <w:i/>
          <w:sz w:val="20"/>
          <w:szCs w:val="20"/>
        </w:rPr>
        <w:t>acumulatorilor</w:t>
      </w:r>
      <w:proofErr w:type="spellEnd"/>
    </w:p>
    <w:p w14:paraId="0755BC40" w14:textId="77777777" w:rsidR="00FF0D9E" w:rsidRDefault="00FF0D9E">
      <w:pPr>
        <w:spacing w:after="160"/>
        <w:jc w:val="right"/>
      </w:pPr>
    </w:p>
    <w:p w14:paraId="280B70FF" w14:textId="78B1A65F" w:rsidR="00FF0D9E" w:rsidRPr="00FF0D9E" w:rsidRDefault="00000000" w:rsidP="00AD08E6">
      <w:pPr>
        <w:spacing w:after="28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LISTA BATERIILOR ȘI ACUMULATORILOR </w:t>
      </w:r>
      <w:r w:rsidR="00AD08E6">
        <w:rPr>
          <w:rFonts w:ascii="Times New Roman" w:hAnsi="Times New Roman"/>
          <w:b/>
          <w:sz w:val="24"/>
        </w:rPr>
        <w:br/>
      </w:r>
      <w:r>
        <w:rPr>
          <w:rFonts w:ascii="Times New Roman" w:hAnsi="Times New Roman"/>
          <w:b/>
          <w:sz w:val="24"/>
        </w:rPr>
        <w:t>IMPORTATE PENTRU CONSUM PROPRIU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09"/>
        <w:gridCol w:w="3686"/>
        <w:gridCol w:w="2841"/>
        <w:gridCol w:w="2412"/>
      </w:tblGrid>
      <w:tr w:rsidR="006038A8" w14:paraId="73687776" w14:textId="77777777" w:rsidTr="00FF0D9E">
        <w:trPr>
          <w:jc w:val="center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7F617BE8" w14:textId="77777777" w:rsidR="006038A8" w:rsidRDefault="00000000">
            <w:pPr>
              <w:jc w:val="center"/>
            </w:pPr>
            <w:r>
              <w:rPr>
                <w:rFonts w:ascii="Times New Roman" w:hAnsi="Times New Roman"/>
                <w:b/>
                <w:sz w:val="20"/>
              </w:rPr>
              <w:t>Nr. d/o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59DB61F3" w14:textId="64833D66" w:rsidR="006038A8" w:rsidRDefault="00000000">
            <w:pPr>
              <w:jc w:val="center"/>
            </w:pPr>
            <w:proofErr w:type="spellStart"/>
            <w:r>
              <w:rPr>
                <w:rFonts w:ascii="Times New Roman" w:hAnsi="Times New Roman"/>
                <w:b/>
                <w:sz w:val="20"/>
              </w:rPr>
              <w:t>Categorii</w:t>
            </w:r>
            <w:proofErr w:type="spellEnd"/>
            <w:r>
              <w:rPr>
                <w:rFonts w:ascii="Times New Roman" w:hAnsi="Times New Roman"/>
                <w:b/>
                <w:sz w:val="20"/>
              </w:rPr>
              <w:t xml:space="preserve"> de </w:t>
            </w:r>
            <w:proofErr w:type="spellStart"/>
            <w:r>
              <w:rPr>
                <w:rFonts w:ascii="Times New Roman" w:hAnsi="Times New Roman"/>
                <w:b/>
                <w:sz w:val="20"/>
              </w:rPr>
              <w:t>baterii</w:t>
            </w:r>
            <w:proofErr w:type="spellEnd"/>
            <w:r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</w:rPr>
              <w:t>și</w:t>
            </w:r>
            <w:proofErr w:type="spellEnd"/>
            <w:r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</w:rPr>
              <w:t>acumulatori</w:t>
            </w:r>
            <w:proofErr w:type="spellEnd"/>
            <w:r>
              <w:rPr>
                <w:rFonts w:ascii="Times New Roman" w:hAnsi="Times New Roman"/>
                <w:b/>
                <w:sz w:val="20"/>
              </w:rPr>
              <w:t xml:space="preserve">, </w:t>
            </w:r>
            <w:r w:rsidR="00703692">
              <w:rPr>
                <w:rFonts w:ascii="Times New Roman" w:hAnsi="Times New Roman"/>
                <w:b/>
                <w:sz w:val="20"/>
              </w:rPr>
              <w:t xml:space="preserve">(conform </w:t>
            </w:r>
            <w:proofErr w:type="spellStart"/>
            <w:r w:rsidR="00703692">
              <w:rPr>
                <w:rFonts w:ascii="Times New Roman" w:hAnsi="Times New Roman"/>
                <w:b/>
                <w:sz w:val="20"/>
              </w:rPr>
              <w:t>anexei</w:t>
            </w:r>
            <w:proofErr w:type="spellEnd"/>
            <w:r w:rsidR="00703692">
              <w:rPr>
                <w:rFonts w:ascii="Times New Roman" w:hAnsi="Times New Roman"/>
                <w:b/>
                <w:sz w:val="20"/>
              </w:rPr>
              <w:t xml:space="preserve"> 1 din HG 586/202</w:t>
            </w:r>
            <w:r w:rsidR="00AD08E6">
              <w:rPr>
                <w:rFonts w:ascii="Times New Roman" w:hAnsi="Times New Roman"/>
                <w:b/>
                <w:sz w:val="20"/>
              </w:rPr>
              <w:t>0</w:t>
            </w:r>
            <w:r w:rsidR="00703692">
              <w:rPr>
                <w:rFonts w:ascii="Times New Roman" w:hAnsi="Times New Roman"/>
                <w:b/>
                <w:sz w:val="20"/>
              </w:rPr>
              <w:t>)</w:t>
            </w:r>
          </w:p>
        </w:tc>
        <w:tc>
          <w:tcPr>
            <w:tcW w:w="2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50498C0E" w14:textId="77777777" w:rsidR="006038A8" w:rsidRDefault="00000000">
            <w:pPr>
              <w:jc w:val="center"/>
            </w:pPr>
            <w:proofErr w:type="spellStart"/>
            <w:r>
              <w:rPr>
                <w:rFonts w:ascii="Times New Roman" w:hAnsi="Times New Roman"/>
                <w:b/>
                <w:sz w:val="20"/>
              </w:rPr>
              <w:t>Codul</w:t>
            </w:r>
            <w:proofErr w:type="spellEnd"/>
            <w:r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</w:rPr>
              <w:t>mărfii</w:t>
            </w:r>
            <w:proofErr w:type="spellEnd"/>
          </w:p>
        </w:tc>
        <w:tc>
          <w:tcPr>
            <w:tcW w:w="2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308EDAB1" w14:textId="24E9061B" w:rsidR="006038A8" w:rsidRDefault="00000000">
            <w:pPr>
              <w:jc w:val="center"/>
            </w:pPr>
            <w:proofErr w:type="spellStart"/>
            <w:r>
              <w:rPr>
                <w:rFonts w:ascii="Times New Roman" w:hAnsi="Times New Roman"/>
                <w:b/>
                <w:sz w:val="20"/>
              </w:rPr>
              <w:t>Unități</w:t>
            </w:r>
            <w:proofErr w:type="spellEnd"/>
            <w:r w:rsidR="00FF0D9E">
              <w:rPr>
                <w:rFonts w:ascii="Times New Roman" w:hAnsi="Times New Roman"/>
                <w:b/>
                <w:sz w:val="20"/>
              </w:rPr>
              <w:t>, kg</w:t>
            </w:r>
          </w:p>
        </w:tc>
      </w:tr>
      <w:tr w:rsidR="006038A8" w14:paraId="5159460B" w14:textId="77777777" w:rsidTr="00FF0D9E">
        <w:trPr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BEECB" w14:textId="77777777" w:rsidR="006038A8" w:rsidRDefault="00000000"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49E38" w14:textId="28560AA7" w:rsidR="006038A8" w:rsidRDefault="006038A8">
            <w:pPr>
              <w:jc w:val="center"/>
            </w:pP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66DDC" w14:textId="07E35F72" w:rsidR="006038A8" w:rsidRDefault="006038A8" w:rsidP="00FF0D9E">
            <w:pPr>
              <w:jc w:val="center"/>
            </w:pP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16E82" w14:textId="6989B6E5" w:rsidR="006038A8" w:rsidRDefault="00000000" w:rsidP="00FF0D9E">
            <w:pPr>
              <w:jc w:val="center"/>
            </w:pPr>
            <w:r>
              <w:rPr>
                <w:rFonts w:ascii="Times New Roman" w:hAnsi="Times New Roman"/>
                <w:sz w:val="20"/>
              </w:rPr>
              <w:t>(</w:t>
            </w:r>
            <w:proofErr w:type="spellStart"/>
            <w:proofErr w:type="gramStart"/>
            <w:r>
              <w:rPr>
                <w:rFonts w:ascii="Times New Roman" w:hAnsi="Times New Roman"/>
                <w:sz w:val="20"/>
              </w:rPr>
              <w:t>buc</w:t>
            </w:r>
            <w:proofErr w:type="spellEnd"/>
            <w:proofErr w:type="gramEnd"/>
            <w:r>
              <w:rPr>
                <w:rFonts w:ascii="Times New Roman" w:hAnsi="Times New Roman"/>
                <w:sz w:val="20"/>
              </w:rPr>
              <w:t>.) / (</w:t>
            </w:r>
            <w:r w:rsidR="00FF0D9E">
              <w:rPr>
                <w:rFonts w:ascii="Times New Roman" w:hAnsi="Times New Roman"/>
                <w:sz w:val="20"/>
              </w:rPr>
              <w:t>kg</w:t>
            </w:r>
            <w:r>
              <w:rPr>
                <w:rFonts w:ascii="Times New Roman" w:hAnsi="Times New Roman"/>
                <w:sz w:val="20"/>
              </w:rPr>
              <w:t>)</w:t>
            </w:r>
          </w:p>
        </w:tc>
      </w:tr>
    </w:tbl>
    <w:p w14:paraId="0626D38A" w14:textId="77777777" w:rsidR="00FF0D9E" w:rsidRDefault="00FF0D9E">
      <w:pPr>
        <w:spacing w:before="480" w:after="80"/>
      </w:pPr>
    </w:p>
    <w:p w14:paraId="566B94A7" w14:textId="77777777" w:rsidR="00FF0D9E" w:rsidRDefault="00FF0D9E">
      <w:pPr>
        <w:spacing w:before="480" w:after="80"/>
      </w:pPr>
    </w:p>
    <w:p w14:paraId="4B5F0F92" w14:textId="77777777" w:rsidR="00FF0D9E" w:rsidRDefault="00FF0D9E">
      <w:pPr>
        <w:spacing w:before="480" w:after="8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880"/>
        <w:gridCol w:w="3312"/>
        <w:gridCol w:w="3168"/>
      </w:tblGrid>
      <w:tr w:rsidR="006038A8" w14:paraId="2DEFA735" w14:textId="77777777">
        <w:trPr>
          <w:jc w:val="center"/>
        </w:trPr>
        <w:tc>
          <w:tcPr>
            <w:tcW w:w="2880" w:type="dxa"/>
          </w:tcPr>
          <w:p w14:paraId="00479895" w14:textId="77777777" w:rsidR="006038A8" w:rsidRDefault="00000000">
            <w:pPr>
              <w:spacing w:after="40"/>
            </w:pPr>
            <w:r>
              <w:rPr>
                <w:rFonts w:ascii="Times New Roman" w:hAnsi="Times New Roman"/>
                <w:b/>
                <w:sz w:val="20"/>
              </w:rPr>
              <w:t>Data:</w:t>
            </w:r>
          </w:p>
        </w:tc>
        <w:tc>
          <w:tcPr>
            <w:tcW w:w="3312" w:type="dxa"/>
          </w:tcPr>
          <w:p w14:paraId="55B53736" w14:textId="77777777" w:rsidR="006038A8" w:rsidRDefault="00000000">
            <w:pPr>
              <w:spacing w:after="40"/>
            </w:pPr>
            <w:proofErr w:type="spellStart"/>
            <w:r>
              <w:rPr>
                <w:rFonts w:ascii="Times New Roman" w:hAnsi="Times New Roman"/>
                <w:b/>
                <w:sz w:val="20"/>
              </w:rPr>
              <w:t>Numele</w:t>
            </w:r>
            <w:proofErr w:type="spellEnd"/>
            <w:r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</w:rPr>
              <w:t>și</w:t>
            </w:r>
            <w:proofErr w:type="spellEnd"/>
            <w:r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</w:rPr>
              <w:t>prenumele</w:t>
            </w:r>
            <w:proofErr w:type="spellEnd"/>
            <w:r>
              <w:rPr>
                <w:rFonts w:ascii="Times New Roman" w:hAnsi="Times New Roman"/>
                <w:b/>
                <w:sz w:val="20"/>
              </w:rPr>
              <w:t>:</w:t>
            </w:r>
          </w:p>
        </w:tc>
        <w:tc>
          <w:tcPr>
            <w:tcW w:w="3168" w:type="dxa"/>
          </w:tcPr>
          <w:p w14:paraId="2413FD78" w14:textId="77777777" w:rsidR="006038A8" w:rsidRDefault="00000000">
            <w:pPr>
              <w:spacing w:after="40"/>
            </w:pPr>
            <w:proofErr w:type="spellStart"/>
            <w:r>
              <w:rPr>
                <w:rFonts w:ascii="Times New Roman" w:hAnsi="Times New Roman"/>
                <w:b/>
                <w:sz w:val="20"/>
              </w:rPr>
              <w:t>Semnătura</w:t>
            </w:r>
            <w:proofErr w:type="spellEnd"/>
            <w:r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</w:rPr>
              <w:t>şi</w:t>
            </w:r>
            <w:proofErr w:type="spellEnd"/>
            <w:r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</w:rPr>
              <w:t>ştampila</w:t>
            </w:r>
            <w:proofErr w:type="spellEnd"/>
            <w:r>
              <w:rPr>
                <w:rFonts w:ascii="Times New Roman" w:hAnsi="Times New Roman"/>
                <w:b/>
                <w:sz w:val="20"/>
              </w:rPr>
              <w:t>:</w:t>
            </w:r>
          </w:p>
        </w:tc>
      </w:tr>
      <w:tr w:rsidR="006038A8" w14:paraId="7D48A3ED" w14:textId="77777777">
        <w:trPr>
          <w:jc w:val="center"/>
        </w:trPr>
        <w:tc>
          <w:tcPr>
            <w:tcW w:w="2880" w:type="dxa"/>
          </w:tcPr>
          <w:p w14:paraId="5DEE6216" w14:textId="013A9941" w:rsidR="006038A8" w:rsidRDefault="00FF0D9E">
            <w:pPr>
              <w:spacing w:after="40"/>
            </w:pPr>
            <w:r>
              <w:rPr>
                <w:rFonts w:ascii="Times New Roman" w:hAnsi="Times New Roman"/>
                <w:sz w:val="20"/>
              </w:rPr>
              <w:t>____________________</w:t>
            </w:r>
          </w:p>
        </w:tc>
        <w:tc>
          <w:tcPr>
            <w:tcW w:w="3312" w:type="dxa"/>
          </w:tcPr>
          <w:p w14:paraId="1D35CAEC" w14:textId="77777777" w:rsidR="006038A8" w:rsidRDefault="00000000">
            <w:pPr>
              <w:spacing w:after="40"/>
            </w:pPr>
            <w:r>
              <w:rPr>
                <w:rFonts w:ascii="Times New Roman" w:hAnsi="Times New Roman"/>
                <w:sz w:val="20"/>
              </w:rPr>
              <w:t>_______________________</w:t>
            </w:r>
          </w:p>
        </w:tc>
        <w:tc>
          <w:tcPr>
            <w:tcW w:w="3168" w:type="dxa"/>
          </w:tcPr>
          <w:p w14:paraId="33B68CE9" w14:textId="77777777" w:rsidR="006038A8" w:rsidRDefault="00000000">
            <w:pPr>
              <w:spacing w:after="40"/>
            </w:pPr>
            <w:r>
              <w:rPr>
                <w:rFonts w:ascii="Times New Roman" w:hAnsi="Times New Roman"/>
                <w:sz w:val="20"/>
              </w:rPr>
              <w:t>_______________________</w:t>
            </w:r>
          </w:p>
        </w:tc>
      </w:tr>
    </w:tbl>
    <w:p w14:paraId="66C5C0C5" w14:textId="77777777" w:rsidR="006132BF" w:rsidRDefault="006132BF"/>
    <w:sectPr w:rsidR="006132BF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74FD6CAD"/>
    <w:multiLevelType w:val="hybridMultilevel"/>
    <w:tmpl w:val="E69EBC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024DDC"/>
    <w:multiLevelType w:val="hybridMultilevel"/>
    <w:tmpl w:val="C8B2FC44"/>
    <w:lvl w:ilvl="0" w:tplc="9DD2246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8637343">
    <w:abstractNumId w:val="8"/>
  </w:num>
  <w:num w:numId="2" w16cid:durableId="840580148">
    <w:abstractNumId w:val="6"/>
  </w:num>
  <w:num w:numId="3" w16cid:durableId="125977650">
    <w:abstractNumId w:val="5"/>
  </w:num>
  <w:num w:numId="4" w16cid:durableId="1847792067">
    <w:abstractNumId w:val="4"/>
  </w:num>
  <w:num w:numId="5" w16cid:durableId="1812671154">
    <w:abstractNumId w:val="7"/>
  </w:num>
  <w:num w:numId="6" w16cid:durableId="851917415">
    <w:abstractNumId w:val="3"/>
  </w:num>
  <w:num w:numId="7" w16cid:durableId="97876980">
    <w:abstractNumId w:val="2"/>
  </w:num>
  <w:num w:numId="8" w16cid:durableId="840505242">
    <w:abstractNumId w:val="1"/>
  </w:num>
  <w:num w:numId="9" w16cid:durableId="1509711057">
    <w:abstractNumId w:val="0"/>
  </w:num>
  <w:num w:numId="10" w16cid:durableId="2000233820">
    <w:abstractNumId w:val="9"/>
  </w:num>
  <w:num w:numId="11" w16cid:durableId="54506474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92AA4"/>
    <w:rsid w:val="0029639D"/>
    <w:rsid w:val="00326F90"/>
    <w:rsid w:val="003679A4"/>
    <w:rsid w:val="005956E1"/>
    <w:rsid w:val="005C165E"/>
    <w:rsid w:val="005E3F63"/>
    <w:rsid w:val="006038A8"/>
    <w:rsid w:val="006132BF"/>
    <w:rsid w:val="00703692"/>
    <w:rsid w:val="00AA1D8D"/>
    <w:rsid w:val="00AD08E6"/>
    <w:rsid w:val="00AD21A9"/>
    <w:rsid w:val="00AE07CD"/>
    <w:rsid w:val="00B47730"/>
    <w:rsid w:val="00BA5B03"/>
    <w:rsid w:val="00C213DA"/>
    <w:rsid w:val="00CB0664"/>
    <w:rsid w:val="00DB4507"/>
    <w:rsid w:val="00F50D7E"/>
    <w:rsid w:val="00FC693F"/>
    <w:rsid w:val="00FF0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21B9D7F"/>
  <w14:defaultImageDpi w14:val="300"/>
  <w15:docId w15:val="{D5C5B79F-99C0-4777-9CAB-E4E62616F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Fontdeparagrafimplicit"/>
    <w:uiPriority w:val="99"/>
    <w:unhideWhenUsed/>
    <w:rsid w:val="00FF0D9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am@am.gov.md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431</Words>
  <Characters>2460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2886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AM - Lenovo 45</cp:lastModifiedBy>
  <cp:revision>13</cp:revision>
  <dcterms:created xsi:type="dcterms:W3CDTF">2013-12-23T23:15:00Z</dcterms:created>
  <dcterms:modified xsi:type="dcterms:W3CDTF">2026-08-20T06:12:00Z</dcterms:modified>
  <cp:category/>
</cp:coreProperties>
</file>