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B536F" w14:textId="01864B7E" w:rsidR="00FE1EF9" w:rsidRDefault="00000000" w:rsidP="00DC58D6">
      <w:pPr>
        <w:spacing w:after="240"/>
        <w:jc w:val="center"/>
        <w:rPr>
          <w:rFonts w:ascii="Times New Roman" w:hAnsi="Times New Roman"/>
          <w:i/>
          <w:sz w:val="20"/>
        </w:rPr>
      </w:pPr>
      <w:proofErr w:type="spellStart"/>
      <w:r>
        <w:rPr>
          <w:rFonts w:ascii="Times New Roman" w:hAnsi="Times New Roman"/>
          <w:i/>
          <w:sz w:val="20"/>
        </w:rPr>
        <w:t>Completați</w:t>
      </w:r>
      <w:proofErr w:type="spellEnd"/>
      <w:r>
        <w:rPr>
          <w:rFonts w:ascii="Times New Roman" w:hAnsi="Times New Roman"/>
          <w:i/>
          <w:sz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</w:rPr>
        <w:t>cererea</w:t>
      </w:r>
      <w:proofErr w:type="spellEnd"/>
      <w:r>
        <w:rPr>
          <w:rFonts w:ascii="Times New Roman" w:hAnsi="Times New Roman"/>
          <w:i/>
          <w:sz w:val="20"/>
        </w:rPr>
        <w:t xml:space="preserve">, </w:t>
      </w:r>
      <w:proofErr w:type="spellStart"/>
      <w:r>
        <w:rPr>
          <w:rFonts w:ascii="Times New Roman" w:hAnsi="Times New Roman"/>
          <w:i/>
          <w:sz w:val="20"/>
        </w:rPr>
        <w:t>semnați</w:t>
      </w:r>
      <w:proofErr w:type="spellEnd"/>
      <w:r>
        <w:rPr>
          <w:rFonts w:ascii="Times New Roman" w:hAnsi="Times New Roman"/>
          <w:i/>
          <w:sz w:val="20"/>
        </w:rPr>
        <w:t xml:space="preserve"> electronic </w:t>
      </w:r>
      <w:proofErr w:type="spellStart"/>
      <w:r>
        <w:rPr>
          <w:rFonts w:ascii="Times New Roman" w:hAnsi="Times New Roman"/>
          <w:i/>
          <w:sz w:val="20"/>
        </w:rPr>
        <w:t>și</w:t>
      </w:r>
      <w:proofErr w:type="spellEnd"/>
      <w:r>
        <w:rPr>
          <w:rFonts w:ascii="Times New Roman" w:hAnsi="Times New Roman"/>
          <w:i/>
          <w:sz w:val="20"/>
        </w:rPr>
        <w:t xml:space="preserve"> o </w:t>
      </w:r>
      <w:proofErr w:type="spellStart"/>
      <w:r>
        <w:rPr>
          <w:rFonts w:ascii="Times New Roman" w:hAnsi="Times New Roman"/>
          <w:i/>
          <w:sz w:val="20"/>
        </w:rPr>
        <w:t>transmiteți</w:t>
      </w:r>
      <w:proofErr w:type="spellEnd"/>
      <w:r>
        <w:rPr>
          <w:rFonts w:ascii="Times New Roman" w:hAnsi="Times New Roman"/>
          <w:i/>
          <w:sz w:val="20"/>
        </w:rPr>
        <w:t xml:space="preserve"> la </w:t>
      </w:r>
      <w:proofErr w:type="spellStart"/>
      <w:r w:rsidR="0095709B" w:rsidRPr="0095709B">
        <w:rPr>
          <w:rFonts w:ascii="Times New Roman" w:hAnsi="Times New Roman"/>
          <w:i/>
          <w:sz w:val="20"/>
        </w:rPr>
        <w:t>poșta</w:t>
      </w:r>
      <w:proofErr w:type="spellEnd"/>
      <w:r w:rsidR="0095709B" w:rsidRPr="0095709B">
        <w:rPr>
          <w:rFonts w:ascii="Times New Roman" w:hAnsi="Times New Roman"/>
          <w:i/>
          <w:sz w:val="20"/>
        </w:rPr>
        <w:t xml:space="preserve"> </w:t>
      </w:r>
      <w:proofErr w:type="spellStart"/>
      <w:r w:rsidR="0095709B" w:rsidRPr="0095709B">
        <w:rPr>
          <w:rFonts w:ascii="Times New Roman" w:hAnsi="Times New Roman"/>
          <w:i/>
          <w:sz w:val="20"/>
        </w:rPr>
        <w:t>electronică</w:t>
      </w:r>
      <w:proofErr w:type="spellEnd"/>
      <w:r w:rsidR="0095709B" w:rsidRPr="0095709B">
        <w:rPr>
          <w:rFonts w:ascii="Times New Roman" w:hAnsi="Times New Roman"/>
          <w:i/>
          <w:sz w:val="20"/>
        </w:rPr>
        <w:t xml:space="preserve">: </w:t>
      </w:r>
      <w:hyperlink r:id="rId6" w:history="1">
        <w:r w:rsidR="0095709B" w:rsidRPr="00C21D21">
          <w:rPr>
            <w:rStyle w:val="Hyperlink"/>
            <w:rFonts w:ascii="Times New Roman" w:hAnsi="Times New Roman"/>
            <w:i/>
            <w:sz w:val="20"/>
          </w:rPr>
          <w:t>am@am.gov.md</w:t>
        </w:r>
      </w:hyperlink>
    </w:p>
    <w:p w14:paraId="760589C8" w14:textId="77777777" w:rsidR="0095709B" w:rsidRDefault="0095709B" w:rsidP="00DC58D6">
      <w:pPr>
        <w:spacing w:after="240"/>
        <w:jc w:val="center"/>
      </w:pPr>
    </w:p>
    <w:p w14:paraId="61ACBCDD" w14:textId="77777777" w:rsidR="00FE1EF9" w:rsidRDefault="00000000">
      <w:pPr>
        <w:spacing w:after="280"/>
        <w:jc w:val="center"/>
      </w:pPr>
      <w:r>
        <w:rPr>
          <w:rFonts w:ascii="Times New Roman" w:hAnsi="Times New Roman"/>
          <w:b/>
          <w:sz w:val="26"/>
        </w:rPr>
        <w:t>DECLARAŢIE PE PROPRIA RĂSPUNDERE</w:t>
      </w:r>
      <w:r>
        <w:rPr>
          <w:rFonts w:ascii="Times New Roman" w:hAnsi="Times New Roman"/>
          <w:b/>
          <w:sz w:val="26"/>
        </w:rPr>
        <w:br/>
      </w:r>
      <w:proofErr w:type="spellStart"/>
      <w:r>
        <w:rPr>
          <w:rFonts w:ascii="Times New Roman" w:hAnsi="Times New Roman"/>
          <w:b/>
          <w:sz w:val="24"/>
        </w:rPr>
        <w:t>privind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gestionarea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vehiculelor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scoase</w:t>
      </w:r>
      <w:proofErr w:type="spellEnd"/>
      <w:r>
        <w:rPr>
          <w:rFonts w:ascii="Times New Roman" w:hAnsi="Times New Roman"/>
          <w:b/>
          <w:sz w:val="24"/>
        </w:rPr>
        <w:t xml:space="preserve"> din </w:t>
      </w:r>
      <w:proofErr w:type="spellStart"/>
      <w:r>
        <w:rPr>
          <w:rFonts w:ascii="Times New Roman" w:hAnsi="Times New Roman"/>
          <w:b/>
          <w:sz w:val="24"/>
        </w:rPr>
        <w:t>uz</w:t>
      </w:r>
      <w:proofErr w:type="spellEnd"/>
    </w:p>
    <w:p w14:paraId="3AD64792" w14:textId="7099819A" w:rsidR="00FE1EF9" w:rsidRPr="007E36C1" w:rsidRDefault="00000000" w:rsidP="00586051">
      <w:pPr>
        <w:spacing w:after="80" w:line="240" w:lineRule="auto"/>
        <w:ind w:firstLine="720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Subsemnatul/a_____________________</w:t>
      </w:r>
      <w:r w:rsidR="0095709B" w:rsidRPr="007E36C1">
        <w:rPr>
          <w:rFonts w:ascii="Times New Roman" w:hAnsi="Times New Roman"/>
          <w:sz w:val="24"/>
          <w:szCs w:val="24"/>
        </w:rPr>
        <w:t>_________</w:t>
      </w:r>
      <w:r w:rsidRPr="007E36C1">
        <w:rPr>
          <w:rFonts w:ascii="Times New Roman" w:hAnsi="Times New Roman"/>
          <w:sz w:val="24"/>
          <w:szCs w:val="24"/>
        </w:rPr>
        <w:t>___________________________</w:t>
      </w:r>
      <w:r w:rsidR="0095709B" w:rsidRPr="007E36C1"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</w:t>
      </w:r>
    </w:p>
    <w:p w14:paraId="49848B59" w14:textId="775FBD7F" w:rsidR="00FE1EF9" w:rsidRPr="007E36C1" w:rsidRDefault="00000000" w:rsidP="00586051">
      <w:pPr>
        <w:spacing w:after="80" w:line="240" w:lineRule="auto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domiciliat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/ă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</w:t>
      </w:r>
      <w:r w:rsidR="0095709B" w:rsidRPr="007E36C1">
        <w:rPr>
          <w:rFonts w:ascii="Times New Roman" w:hAnsi="Times New Roman"/>
          <w:sz w:val="24"/>
          <w:szCs w:val="24"/>
        </w:rPr>
        <w:t>_____</w:t>
      </w:r>
      <w:r w:rsidRPr="007E36C1">
        <w:rPr>
          <w:rFonts w:ascii="Times New Roman" w:hAnsi="Times New Roman"/>
          <w:sz w:val="24"/>
          <w:szCs w:val="24"/>
        </w:rPr>
        <w:t>__</w:t>
      </w:r>
      <w:r w:rsidR="0095709B" w:rsidRPr="007E36C1">
        <w:rPr>
          <w:rFonts w:ascii="Times New Roman" w:hAnsi="Times New Roman"/>
          <w:sz w:val="24"/>
          <w:szCs w:val="24"/>
        </w:rPr>
        <w:t>____</w:t>
      </w:r>
      <w:r w:rsidRPr="007E36C1">
        <w:rPr>
          <w:rFonts w:ascii="Times New Roman" w:hAnsi="Times New Roman"/>
          <w:sz w:val="24"/>
          <w:szCs w:val="24"/>
        </w:rPr>
        <w:t>_________, str.____________</w:t>
      </w:r>
      <w:r w:rsidR="007E36C1"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_______________________</w:t>
      </w:r>
    </w:p>
    <w:p w14:paraId="7CE2B0F7" w14:textId="5678073B" w:rsidR="00FE1EF9" w:rsidRPr="007E36C1" w:rsidRDefault="00000000" w:rsidP="00586051">
      <w:pPr>
        <w:spacing w:after="80" w:line="240" w:lineRule="auto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nr. _</w:t>
      </w:r>
      <w:r w:rsidR="0095709B" w:rsidRPr="007E36C1">
        <w:rPr>
          <w:rFonts w:ascii="Times New Roman" w:hAnsi="Times New Roman"/>
          <w:sz w:val="24"/>
          <w:szCs w:val="24"/>
        </w:rPr>
        <w:t>____</w:t>
      </w:r>
      <w:r w:rsidRPr="007E36C1">
        <w:rPr>
          <w:rFonts w:ascii="Times New Roman" w:hAnsi="Times New Roman"/>
          <w:sz w:val="24"/>
          <w:szCs w:val="24"/>
        </w:rPr>
        <w:t>_______, tel. fix/</w:t>
      </w:r>
      <w:proofErr w:type="spellStart"/>
      <w:r w:rsidRPr="007E36C1">
        <w:rPr>
          <w:rFonts w:ascii="Times New Roman" w:hAnsi="Times New Roman"/>
          <w:sz w:val="24"/>
          <w:szCs w:val="24"/>
        </w:rPr>
        <w:t>mobil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</w:t>
      </w:r>
      <w:r w:rsidR="0095709B" w:rsidRPr="007E36C1">
        <w:rPr>
          <w:rFonts w:ascii="Times New Roman" w:hAnsi="Times New Roman"/>
          <w:sz w:val="24"/>
          <w:szCs w:val="24"/>
        </w:rPr>
        <w:t>______</w:t>
      </w:r>
      <w:r w:rsidRPr="007E36C1">
        <w:rPr>
          <w:rFonts w:ascii="Times New Roman" w:hAnsi="Times New Roman"/>
          <w:sz w:val="24"/>
          <w:szCs w:val="24"/>
        </w:rPr>
        <w:t>_____</w:t>
      </w:r>
      <w:r w:rsidR="007E36C1"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 xml:space="preserve">___, </w:t>
      </w:r>
      <w:proofErr w:type="gramStart"/>
      <w:r w:rsidRPr="007E36C1">
        <w:rPr>
          <w:rFonts w:ascii="Times New Roman" w:hAnsi="Times New Roman"/>
          <w:sz w:val="24"/>
          <w:szCs w:val="24"/>
        </w:rPr>
        <w:t>e-mail</w:t>
      </w:r>
      <w:r w:rsidR="007E36C1">
        <w:rPr>
          <w:rFonts w:ascii="Times New Roman" w:hAnsi="Times New Roman"/>
          <w:sz w:val="24"/>
          <w:szCs w:val="24"/>
        </w:rPr>
        <w:t xml:space="preserve"> </w:t>
      </w:r>
      <w:r w:rsidRPr="007E36C1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7E36C1">
        <w:rPr>
          <w:rFonts w:ascii="Times New Roman" w:hAnsi="Times New Roman"/>
          <w:sz w:val="24"/>
          <w:szCs w:val="24"/>
        </w:rPr>
        <w:t>____________________</w:t>
      </w:r>
    </w:p>
    <w:p w14:paraId="1FABF98E" w14:textId="3F686FB7" w:rsidR="00FE1EF9" w:rsidRPr="007E36C1" w:rsidRDefault="00000000" w:rsidP="00586051">
      <w:pPr>
        <w:spacing w:after="80" w:line="240" w:lineRule="auto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calitate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 __________________________ al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/a </w:t>
      </w:r>
      <w:proofErr w:type="spellStart"/>
      <w:r w:rsidRPr="007E36C1">
        <w:rPr>
          <w:rFonts w:ascii="Times New Roman" w:hAnsi="Times New Roman"/>
          <w:sz w:val="24"/>
          <w:szCs w:val="24"/>
        </w:rPr>
        <w:t>întreprinderii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</w:t>
      </w:r>
      <w:r w:rsidR="0095709B" w:rsidRPr="007E36C1">
        <w:rPr>
          <w:rFonts w:ascii="Times New Roman" w:hAnsi="Times New Roman"/>
          <w:sz w:val="24"/>
          <w:szCs w:val="24"/>
        </w:rPr>
        <w:t>_______</w:t>
      </w:r>
      <w:r w:rsidRPr="007E36C1">
        <w:rPr>
          <w:rFonts w:ascii="Times New Roman" w:hAnsi="Times New Roman"/>
          <w:sz w:val="24"/>
          <w:szCs w:val="24"/>
        </w:rPr>
        <w:t>_____</w:t>
      </w:r>
      <w:r w:rsidR="007E36C1"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____________</w:t>
      </w:r>
    </w:p>
    <w:p w14:paraId="23917FF3" w14:textId="745B371A" w:rsidR="00FE1EF9" w:rsidRPr="007E36C1" w:rsidRDefault="00000000" w:rsidP="00586051">
      <w:pPr>
        <w:spacing w:after="80" w:line="240" w:lineRule="auto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_________________________________</w:t>
      </w:r>
      <w:r w:rsidR="007E36C1"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___, IDNO</w:t>
      </w:r>
      <w:r w:rsidR="007E36C1" w:rsidRPr="007E36C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7E36C1" w:rsidRPr="007E36C1">
        <w:rPr>
          <w:rFonts w:ascii="Times New Roman" w:hAnsi="Times New Roman"/>
          <w:i/>
          <w:iCs/>
          <w:sz w:val="24"/>
          <w:szCs w:val="24"/>
        </w:rPr>
        <w:t>întreprinderii</w:t>
      </w:r>
      <w:proofErr w:type="spellEnd"/>
      <w:r w:rsidR="007E36C1" w:rsidRPr="007E36C1">
        <w:rPr>
          <w:rFonts w:ascii="Times New Roman" w:hAnsi="Times New Roman"/>
          <w:sz w:val="24"/>
          <w:szCs w:val="24"/>
        </w:rPr>
        <w:t>)</w:t>
      </w:r>
      <w:r w:rsidRPr="007E36C1">
        <w:rPr>
          <w:rFonts w:ascii="Times New Roman" w:hAnsi="Times New Roman"/>
          <w:sz w:val="24"/>
          <w:szCs w:val="24"/>
        </w:rPr>
        <w:t>_______________________</w:t>
      </w:r>
    </w:p>
    <w:p w14:paraId="11AD3AFA" w14:textId="2C842639" w:rsidR="007E36C1" w:rsidRDefault="00000000" w:rsidP="00586051">
      <w:pPr>
        <w:spacing w:after="8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adresa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juridică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_______________________, str. ________________</w:t>
      </w:r>
      <w:r w:rsidR="007E36C1"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__________</w:t>
      </w:r>
      <w:r w:rsidR="004624AA">
        <w:rPr>
          <w:rFonts w:ascii="Times New Roman" w:hAnsi="Times New Roman"/>
          <w:sz w:val="24"/>
          <w:szCs w:val="24"/>
        </w:rPr>
        <w:t xml:space="preserve"> </w:t>
      </w:r>
      <w:r w:rsidRPr="007E36C1">
        <w:rPr>
          <w:rFonts w:ascii="Times New Roman" w:hAnsi="Times New Roman"/>
          <w:sz w:val="24"/>
          <w:szCs w:val="24"/>
        </w:rPr>
        <w:t>nr. __</w:t>
      </w:r>
      <w:r w:rsidR="007E36C1"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___,</w:t>
      </w:r>
    </w:p>
    <w:p w14:paraId="61010A41" w14:textId="6C62E8C5" w:rsidR="00FE1EF9" w:rsidRPr="007E36C1" w:rsidRDefault="00000000" w:rsidP="00586051">
      <w:pPr>
        <w:spacing w:after="8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înregistrată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Registrul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de stat al </w:t>
      </w:r>
      <w:proofErr w:type="spellStart"/>
      <w:r w:rsidRPr="007E36C1">
        <w:rPr>
          <w:rFonts w:ascii="Times New Roman" w:hAnsi="Times New Roman"/>
          <w:sz w:val="24"/>
          <w:szCs w:val="24"/>
        </w:rPr>
        <w:t>persoanelor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juridice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nr. ___</w:t>
      </w:r>
      <w:r w:rsidR="007E36C1" w:rsidRPr="007E36C1">
        <w:rPr>
          <w:rFonts w:ascii="Times New Roman" w:hAnsi="Times New Roman"/>
          <w:sz w:val="24"/>
          <w:szCs w:val="24"/>
        </w:rPr>
        <w:t>__________________</w:t>
      </w:r>
      <w:r w:rsidRPr="007E36C1">
        <w:rPr>
          <w:rFonts w:ascii="Times New Roman" w:hAnsi="Times New Roman"/>
          <w:sz w:val="24"/>
          <w:szCs w:val="24"/>
        </w:rPr>
        <w:t>__________,</w:t>
      </w:r>
    </w:p>
    <w:p w14:paraId="7FF356E5" w14:textId="18E6FD8B" w:rsidR="00FE1EF9" w:rsidRPr="007E36C1" w:rsidRDefault="00000000" w:rsidP="007E36C1">
      <w:pPr>
        <w:spacing w:before="120" w:after="120"/>
        <w:ind w:right="150"/>
        <w:jc w:val="both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declar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7E36C1">
        <w:rPr>
          <w:rFonts w:ascii="Times New Roman" w:hAnsi="Times New Roman"/>
          <w:sz w:val="24"/>
          <w:szCs w:val="24"/>
        </w:rPr>
        <w:t>proprie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răspundere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36C1">
        <w:rPr>
          <w:rFonts w:ascii="Times New Roman" w:hAnsi="Times New Roman"/>
          <w:sz w:val="24"/>
          <w:szCs w:val="24"/>
        </w:rPr>
        <w:t>fiind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cunoștință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36C1">
        <w:rPr>
          <w:rFonts w:ascii="Times New Roman" w:hAnsi="Times New Roman"/>
          <w:sz w:val="24"/>
          <w:szCs w:val="24"/>
        </w:rPr>
        <w:t>cauză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36C1">
        <w:rPr>
          <w:rFonts w:ascii="Times New Roman" w:hAnsi="Times New Roman"/>
          <w:sz w:val="24"/>
          <w:szCs w:val="24"/>
        </w:rPr>
        <w:t>prevederile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art. 352¹ din </w:t>
      </w:r>
      <w:proofErr w:type="spellStart"/>
      <w:r w:rsidRPr="007E36C1">
        <w:rPr>
          <w:rFonts w:ascii="Times New Roman" w:hAnsi="Times New Roman"/>
          <w:sz w:val="24"/>
          <w:szCs w:val="24"/>
        </w:rPr>
        <w:t>Codul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penal nr. 985/2002</w:t>
      </w:r>
      <w:r w:rsidR="007E36C1" w:rsidRPr="007E36C1">
        <w:rPr>
          <w:rFonts w:ascii="Times New Roman" w:hAnsi="Times New Roman"/>
          <w:sz w:val="24"/>
          <w:szCs w:val="24"/>
        </w:rPr>
        <w:t xml:space="preserve"> </w:t>
      </w:r>
      <w:r w:rsidRPr="007E36C1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7E36C1">
        <w:rPr>
          <w:rFonts w:ascii="Times New Roman" w:hAnsi="Times New Roman"/>
          <w:sz w:val="24"/>
          <w:szCs w:val="24"/>
        </w:rPr>
        <w:t>privire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36C1">
        <w:rPr>
          <w:rFonts w:ascii="Times New Roman" w:hAnsi="Times New Roman"/>
          <w:sz w:val="24"/>
          <w:szCs w:val="24"/>
        </w:rPr>
        <w:t>falsul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declarații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36C1">
        <w:rPr>
          <w:rFonts w:ascii="Times New Roman" w:hAnsi="Times New Roman"/>
          <w:sz w:val="24"/>
          <w:szCs w:val="24"/>
        </w:rPr>
        <w:t>că</w:t>
      </w:r>
      <w:proofErr w:type="spellEnd"/>
      <w:r w:rsidRPr="007E36C1">
        <w:rPr>
          <w:rFonts w:ascii="Times New Roman" w:hAnsi="Times New Roman"/>
          <w:sz w:val="24"/>
          <w:szCs w:val="24"/>
        </w:rPr>
        <w:t>:</w:t>
      </w:r>
    </w:p>
    <w:p w14:paraId="355995FD" w14:textId="76164CF6" w:rsidR="00FE1EF9" w:rsidRPr="007E36C1" w:rsidRDefault="00000000" w:rsidP="007E36C1">
      <w:pPr>
        <w:pStyle w:val="Listparagraf"/>
        <w:numPr>
          <w:ilvl w:val="0"/>
          <w:numId w:val="11"/>
        </w:numPr>
        <w:spacing w:after="80"/>
        <w:jc w:val="both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 xml:space="preserve">Întreprinderea pe care o </w:t>
      </w:r>
      <w:proofErr w:type="spellStart"/>
      <w:r w:rsidRPr="007E36C1">
        <w:rPr>
          <w:rFonts w:ascii="Times New Roman" w:hAnsi="Times New Roman"/>
          <w:sz w:val="24"/>
          <w:szCs w:val="24"/>
        </w:rPr>
        <w:t>reprezint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importă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vehicule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pentru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consum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propriu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conformitate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pct. 78¹ din </w:t>
      </w:r>
      <w:proofErr w:type="spellStart"/>
      <w:r w:rsidRPr="007E36C1">
        <w:rPr>
          <w:rFonts w:ascii="Times New Roman" w:hAnsi="Times New Roman"/>
          <w:sz w:val="24"/>
          <w:szCs w:val="24"/>
        </w:rPr>
        <w:t>Regulament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36C1">
        <w:rPr>
          <w:rFonts w:ascii="Times New Roman" w:hAnsi="Times New Roman"/>
          <w:sz w:val="24"/>
          <w:szCs w:val="24"/>
        </w:rPr>
        <w:t>fără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intenția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de a le </w:t>
      </w:r>
      <w:proofErr w:type="spellStart"/>
      <w:r w:rsidRPr="007E36C1">
        <w:rPr>
          <w:rFonts w:ascii="Times New Roman" w:hAnsi="Times New Roman"/>
          <w:sz w:val="24"/>
          <w:szCs w:val="24"/>
        </w:rPr>
        <w:t>comercializa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a le </w:t>
      </w:r>
      <w:proofErr w:type="spellStart"/>
      <w:r w:rsidRPr="007E36C1">
        <w:rPr>
          <w:rFonts w:ascii="Times New Roman" w:hAnsi="Times New Roman"/>
          <w:sz w:val="24"/>
          <w:szCs w:val="24"/>
        </w:rPr>
        <w:t>distribui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sau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a le </w:t>
      </w:r>
      <w:proofErr w:type="spellStart"/>
      <w:r w:rsidRPr="007E36C1">
        <w:rPr>
          <w:rFonts w:ascii="Times New Roman" w:hAnsi="Times New Roman"/>
          <w:sz w:val="24"/>
          <w:szCs w:val="24"/>
        </w:rPr>
        <w:t>utiliza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36C1">
        <w:rPr>
          <w:rFonts w:ascii="Times New Roman" w:hAnsi="Times New Roman"/>
          <w:sz w:val="24"/>
          <w:szCs w:val="24"/>
        </w:rPr>
        <w:t>titlu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profesional</w:t>
      </w:r>
      <w:proofErr w:type="spellEnd"/>
      <w:r w:rsidRPr="007E36C1">
        <w:rPr>
          <w:rFonts w:ascii="Times New Roman" w:hAnsi="Times New Roman"/>
          <w:sz w:val="24"/>
          <w:szCs w:val="24"/>
        </w:rPr>
        <w:t>.</w:t>
      </w:r>
    </w:p>
    <w:p w14:paraId="48DBDC0F" w14:textId="72CE609B" w:rsidR="00FE1EF9" w:rsidRPr="007E36C1" w:rsidRDefault="00000000" w:rsidP="007E36C1">
      <w:pPr>
        <w:pStyle w:val="Listparagraf"/>
        <w:numPr>
          <w:ilvl w:val="0"/>
          <w:numId w:val="11"/>
        </w:numPr>
        <w:spacing w:after="80"/>
        <w:jc w:val="both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7E36C1">
        <w:rPr>
          <w:rFonts w:ascii="Times New Roman" w:hAnsi="Times New Roman"/>
          <w:sz w:val="24"/>
          <w:szCs w:val="24"/>
        </w:rPr>
        <w:t>importă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următoarele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unități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36C1">
        <w:rPr>
          <w:rFonts w:ascii="Times New Roman" w:hAnsi="Times New Roman"/>
          <w:sz w:val="24"/>
          <w:szCs w:val="24"/>
        </w:rPr>
        <w:t>vehicule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Pr="007E36C1">
        <w:rPr>
          <w:rFonts w:ascii="Times New Roman" w:hAnsi="Times New Roman"/>
          <w:sz w:val="24"/>
          <w:szCs w:val="24"/>
        </w:rPr>
        <w:t>categoriei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(M1 </w:t>
      </w:r>
      <w:proofErr w:type="spellStart"/>
      <w:r w:rsidRPr="007E36C1">
        <w:rPr>
          <w:rFonts w:ascii="Times New Roman" w:hAnsi="Times New Roman"/>
          <w:sz w:val="24"/>
          <w:szCs w:val="24"/>
        </w:rPr>
        <w:t>și</w:t>
      </w:r>
      <w:proofErr w:type="spellEnd"/>
      <w:r w:rsidRPr="007E36C1">
        <w:rPr>
          <w:rFonts w:ascii="Times New Roman" w:hAnsi="Times New Roman"/>
          <w:sz w:val="24"/>
          <w:szCs w:val="24"/>
        </w:rPr>
        <w:t>/</w:t>
      </w:r>
      <w:proofErr w:type="spellStart"/>
      <w:r w:rsidRPr="007E36C1">
        <w:rPr>
          <w:rFonts w:ascii="Times New Roman" w:hAnsi="Times New Roman"/>
          <w:sz w:val="24"/>
          <w:szCs w:val="24"/>
        </w:rPr>
        <w:t>sau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N1), </w:t>
      </w:r>
      <w:proofErr w:type="spellStart"/>
      <w:r w:rsidRPr="007E36C1">
        <w:rPr>
          <w:rFonts w:ascii="Times New Roman" w:hAnsi="Times New Roman"/>
          <w:sz w:val="24"/>
          <w:szCs w:val="24"/>
        </w:rPr>
        <w:t>declarate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unități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36C1">
        <w:rPr>
          <w:rFonts w:ascii="Times New Roman" w:hAnsi="Times New Roman"/>
          <w:sz w:val="24"/>
          <w:szCs w:val="24"/>
        </w:rPr>
        <w:t>măsură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E36C1">
        <w:rPr>
          <w:rFonts w:ascii="Times New Roman" w:hAnsi="Times New Roman"/>
          <w:sz w:val="24"/>
          <w:szCs w:val="24"/>
        </w:rPr>
        <w:t>bucăți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/tone/kg). Lista se </w:t>
      </w:r>
      <w:proofErr w:type="spellStart"/>
      <w:r w:rsidRPr="007E36C1">
        <w:rPr>
          <w:rFonts w:ascii="Times New Roman" w:hAnsi="Times New Roman"/>
          <w:sz w:val="24"/>
          <w:szCs w:val="24"/>
        </w:rPr>
        <w:t>anexează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36C1">
        <w:rPr>
          <w:rFonts w:ascii="Times New Roman" w:hAnsi="Times New Roman"/>
          <w:sz w:val="24"/>
          <w:szCs w:val="24"/>
        </w:rPr>
        <w:t>declarație</w:t>
      </w:r>
      <w:proofErr w:type="spellEnd"/>
      <w:r w:rsidRPr="007E36C1">
        <w:rPr>
          <w:rFonts w:ascii="Times New Roman" w:hAnsi="Times New Roman"/>
          <w:sz w:val="24"/>
          <w:szCs w:val="24"/>
        </w:rPr>
        <w:t>.</w:t>
      </w:r>
    </w:p>
    <w:p w14:paraId="3595FA6D" w14:textId="525DF925" w:rsidR="00FE1EF9" w:rsidRPr="007E36C1" w:rsidRDefault="00000000" w:rsidP="007E36C1">
      <w:pPr>
        <w:pStyle w:val="Listparagraf"/>
        <w:numPr>
          <w:ilvl w:val="0"/>
          <w:numId w:val="11"/>
        </w:numPr>
        <w:spacing w:after="80"/>
        <w:jc w:val="both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 xml:space="preserve">Ne </w:t>
      </w:r>
      <w:proofErr w:type="spellStart"/>
      <w:r w:rsidRPr="007E36C1">
        <w:rPr>
          <w:rFonts w:ascii="Times New Roman" w:hAnsi="Times New Roman"/>
          <w:sz w:val="24"/>
          <w:szCs w:val="24"/>
        </w:rPr>
        <w:t>angajăm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să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ținem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evidența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și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să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raportăm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cantitatea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36C1">
        <w:rPr>
          <w:rFonts w:ascii="Times New Roman" w:hAnsi="Times New Roman"/>
          <w:sz w:val="24"/>
          <w:szCs w:val="24"/>
        </w:rPr>
        <w:t>deşeuri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generate </w:t>
      </w:r>
      <w:proofErr w:type="spellStart"/>
      <w:r w:rsidRPr="007E36C1">
        <w:rPr>
          <w:rFonts w:ascii="Times New Roman" w:hAnsi="Times New Roman"/>
          <w:sz w:val="24"/>
          <w:szCs w:val="24"/>
        </w:rPr>
        <w:t>şi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tratate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Sistemul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informațional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automatizat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7E36C1">
        <w:rPr>
          <w:rFonts w:ascii="Times New Roman" w:hAnsi="Times New Roman"/>
          <w:sz w:val="24"/>
          <w:szCs w:val="24"/>
        </w:rPr>
        <w:t>Managementul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deşeurilor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conformitate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Lista </w:t>
      </w:r>
      <w:proofErr w:type="spellStart"/>
      <w:r w:rsidRPr="007E36C1">
        <w:rPr>
          <w:rFonts w:ascii="Times New Roman" w:hAnsi="Times New Roman"/>
          <w:sz w:val="24"/>
          <w:szCs w:val="24"/>
        </w:rPr>
        <w:t>deşeurilor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36C1">
        <w:rPr>
          <w:rFonts w:ascii="Times New Roman" w:hAnsi="Times New Roman"/>
          <w:sz w:val="24"/>
          <w:szCs w:val="24"/>
        </w:rPr>
        <w:t>aprobată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prin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Hotărârea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Guvernului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nr. 99/2018, </w:t>
      </w:r>
      <w:proofErr w:type="spellStart"/>
      <w:r w:rsidRPr="007E36C1">
        <w:rPr>
          <w:rFonts w:ascii="Times New Roman" w:hAnsi="Times New Roman"/>
          <w:sz w:val="24"/>
          <w:szCs w:val="24"/>
        </w:rPr>
        <w:t>și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36C1">
        <w:rPr>
          <w:rFonts w:ascii="Times New Roman" w:hAnsi="Times New Roman"/>
          <w:sz w:val="24"/>
          <w:szCs w:val="24"/>
        </w:rPr>
        <w:t>Instrucțiunea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36C1">
        <w:rPr>
          <w:rFonts w:ascii="Times New Roman" w:hAnsi="Times New Roman"/>
          <w:sz w:val="24"/>
          <w:szCs w:val="24"/>
        </w:rPr>
        <w:t>privire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36C1">
        <w:rPr>
          <w:rFonts w:ascii="Times New Roman" w:hAnsi="Times New Roman"/>
          <w:sz w:val="24"/>
          <w:szCs w:val="24"/>
        </w:rPr>
        <w:t>ținerea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evidenței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și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transmiterea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datelor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și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informațiilor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despre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deşeuri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și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gestionarea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acestora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36C1">
        <w:rPr>
          <w:rFonts w:ascii="Times New Roman" w:hAnsi="Times New Roman"/>
          <w:sz w:val="24"/>
          <w:szCs w:val="24"/>
        </w:rPr>
        <w:t>aprobată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prin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Hotărârea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Guvernului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nr. 501/2018.</w:t>
      </w:r>
    </w:p>
    <w:p w14:paraId="55B4EC4E" w14:textId="389EB2D1" w:rsidR="00FE1EF9" w:rsidRPr="007E36C1" w:rsidRDefault="00000000" w:rsidP="007E36C1">
      <w:pPr>
        <w:pStyle w:val="Listparagraf"/>
        <w:numPr>
          <w:ilvl w:val="0"/>
          <w:numId w:val="11"/>
        </w:numPr>
        <w:spacing w:after="80"/>
        <w:jc w:val="both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 xml:space="preserve">Ne </w:t>
      </w:r>
      <w:proofErr w:type="spellStart"/>
      <w:r w:rsidRPr="007E36C1">
        <w:rPr>
          <w:rFonts w:ascii="Times New Roman" w:hAnsi="Times New Roman"/>
          <w:sz w:val="24"/>
          <w:szCs w:val="24"/>
        </w:rPr>
        <w:t>angajăm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să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respectăm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cerințele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privind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gestionarea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vehiculelor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scoase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7E36C1">
        <w:rPr>
          <w:rFonts w:ascii="Times New Roman" w:hAnsi="Times New Roman"/>
          <w:sz w:val="24"/>
          <w:szCs w:val="24"/>
        </w:rPr>
        <w:t>uz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Pr="007E36C1">
        <w:rPr>
          <w:rFonts w:ascii="Times New Roman" w:hAnsi="Times New Roman"/>
          <w:sz w:val="24"/>
          <w:szCs w:val="24"/>
        </w:rPr>
        <w:t>Regulamentului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şi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prevederilor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Legii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nr. 209/2016 </w:t>
      </w:r>
      <w:proofErr w:type="spellStart"/>
      <w:r w:rsidRPr="007E36C1">
        <w:rPr>
          <w:rFonts w:ascii="Times New Roman" w:hAnsi="Times New Roman"/>
          <w:sz w:val="24"/>
          <w:szCs w:val="24"/>
        </w:rPr>
        <w:t>privind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deşeurile</w:t>
      </w:r>
      <w:proofErr w:type="spellEnd"/>
      <w:r w:rsidRPr="007E36C1">
        <w:rPr>
          <w:rFonts w:ascii="Times New Roman" w:hAnsi="Times New Roman"/>
          <w:sz w:val="24"/>
          <w:szCs w:val="24"/>
        </w:rPr>
        <w:t>.</w:t>
      </w:r>
    </w:p>
    <w:p w14:paraId="18DA5BD5" w14:textId="198AFEAC" w:rsidR="00FE1EF9" w:rsidRPr="007E36C1" w:rsidRDefault="00000000" w:rsidP="007E36C1">
      <w:pPr>
        <w:pStyle w:val="Listparagraf"/>
        <w:numPr>
          <w:ilvl w:val="0"/>
          <w:numId w:val="11"/>
        </w:numPr>
        <w:spacing w:after="80"/>
        <w:jc w:val="both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Vehiculele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scoase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7E36C1">
        <w:rPr>
          <w:rFonts w:ascii="Times New Roman" w:hAnsi="Times New Roman"/>
          <w:sz w:val="24"/>
          <w:szCs w:val="24"/>
        </w:rPr>
        <w:t>uz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vor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fi predate </w:t>
      </w:r>
      <w:proofErr w:type="spellStart"/>
      <w:r w:rsidRPr="007E36C1">
        <w:rPr>
          <w:rFonts w:ascii="Times New Roman" w:hAnsi="Times New Roman"/>
          <w:sz w:val="24"/>
          <w:szCs w:val="24"/>
        </w:rPr>
        <w:t>operatorilor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autorizați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gestionarea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vehiculelor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scoase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7E36C1">
        <w:rPr>
          <w:rFonts w:ascii="Times New Roman" w:hAnsi="Times New Roman"/>
          <w:sz w:val="24"/>
          <w:szCs w:val="24"/>
        </w:rPr>
        <w:t>uz</w:t>
      </w:r>
      <w:proofErr w:type="spellEnd"/>
      <w:r w:rsidRPr="007E36C1">
        <w:rPr>
          <w:rFonts w:ascii="Times New Roman" w:hAnsi="Times New Roman"/>
          <w:sz w:val="24"/>
          <w:szCs w:val="24"/>
        </w:rPr>
        <w:t>.</w:t>
      </w:r>
    </w:p>
    <w:p w14:paraId="0C01B8A6" w14:textId="77777777" w:rsidR="00FE1EF9" w:rsidRDefault="00FE1EF9">
      <w:pPr>
        <w:spacing w:before="280"/>
      </w:pPr>
    </w:p>
    <w:tbl>
      <w:tblPr>
        <w:tblW w:w="9360" w:type="dxa"/>
        <w:tblInd w:w="684" w:type="dxa"/>
        <w:tblLayout w:type="fixed"/>
        <w:tblLook w:val="04A0" w:firstRow="1" w:lastRow="0" w:firstColumn="1" w:lastColumn="0" w:noHBand="0" w:noVBand="1"/>
      </w:tblPr>
      <w:tblGrid>
        <w:gridCol w:w="2880"/>
        <w:gridCol w:w="3312"/>
        <w:gridCol w:w="3168"/>
      </w:tblGrid>
      <w:tr w:rsidR="00FE1EF9" w14:paraId="05FF80A1" w14:textId="77777777" w:rsidTr="007E36C1">
        <w:tc>
          <w:tcPr>
            <w:tcW w:w="2880" w:type="dxa"/>
          </w:tcPr>
          <w:p w14:paraId="3915699C" w14:textId="77777777" w:rsidR="00FE1EF9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0"/>
              </w:rPr>
              <w:t>Data:</w:t>
            </w:r>
          </w:p>
        </w:tc>
        <w:tc>
          <w:tcPr>
            <w:tcW w:w="3312" w:type="dxa"/>
          </w:tcPr>
          <w:p w14:paraId="05814D15" w14:textId="77777777" w:rsidR="00FE1EF9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prenumele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3168" w:type="dxa"/>
          </w:tcPr>
          <w:p w14:paraId="4C76D613" w14:textId="77777777" w:rsidR="00FE1EF9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Semnătura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ştampila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FE1EF9" w14:paraId="102E260C" w14:textId="77777777" w:rsidTr="007E36C1">
        <w:tc>
          <w:tcPr>
            <w:tcW w:w="2880" w:type="dxa"/>
          </w:tcPr>
          <w:p w14:paraId="35F65F47" w14:textId="3F18C722" w:rsidR="00FE1EF9" w:rsidRDefault="007E36C1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</w:t>
            </w:r>
            <w:r w:rsidR="00CC052B">
              <w:rPr>
                <w:rFonts w:ascii="Times New Roman" w:hAnsi="Times New Roman"/>
                <w:sz w:val="20"/>
              </w:rPr>
              <w:t>____</w:t>
            </w:r>
            <w:r>
              <w:rPr>
                <w:rFonts w:ascii="Times New Roman" w:hAnsi="Times New Roman"/>
                <w:sz w:val="20"/>
              </w:rPr>
              <w:t>__</w:t>
            </w:r>
          </w:p>
        </w:tc>
        <w:tc>
          <w:tcPr>
            <w:tcW w:w="3312" w:type="dxa"/>
          </w:tcPr>
          <w:p w14:paraId="47B208E0" w14:textId="77777777" w:rsidR="00FE1EF9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  <w:tc>
          <w:tcPr>
            <w:tcW w:w="3168" w:type="dxa"/>
          </w:tcPr>
          <w:p w14:paraId="140B4A4D" w14:textId="77777777" w:rsidR="00FE1EF9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</w:tr>
    </w:tbl>
    <w:p w14:paraId="294FA376" w14:textId="77777777" w:rsidR="007E36C1" w:rsidRDefault="007E36C1">
      <w:pPr>
        <w:spacing w:before="200" w:after="40"/>
        <w:rPr>
          <w:rFonts w:ascii="Times New Roman" w:hAnsi="Times New Roman"/>
          <w:b/>
          <w:sz w:val="19"/>
        </w:rPr>
      </w:pPr>
    </w:p>
    <w:p w14:paraId="53F6E7D7" w14:textId="77777777" w:rsidR="007E36C1" w:rsidRDefault="007E36C1">
      <w:pPr>
        <w:spacing w:before="200" w:after="40"/>
        <w:rPr>
          <w:rFonts w:ascii="Times New Roman" w:hAnsi="Times New Roman"/>
          <w:b/>
          <w:sz w:val="19"/>
        </w:rPr>
      </w:pPr>
    </w:p>
    <w:p w14:paraId="55764511" w14:textId="6F3EB6C7" w:rsidR="00FE1EF9" w:rsidRDefault="00000000">
      <w:pPr>
        <w:spacing w:before="200" w:after="40"/>
      </w:pPr>
      <w:r>
        <w:rPr>
          <w:rFonts w:ascii="Times New Roman" w:hAnsi="Times New Roman"/>
          <w:b/>
          <w:sz w:val="19"/>
        </w:rPr>
        <w:t>Note:</w:t>
      </w:r>
    </w:p>
    <w:p w14:paraId="35448B8C" w14:textId="77777777" w:rsidR="00FE1EF9" w:rsidRDefault="00000000">
      <w:pPr>
        <w:spacing w:after="20"/>
      </w:pPr>
      <w:r>
        <w:rPr>
          <w:rFonts w:ascii="Times New Roman" w:hAnsi="Times New Roman"/>
          <w:sz w:val="18"/>
        </w:rPr>
        <w:t xml:space="preserve">1. </w:t>
      </w:r>
      <w:proofErr w:type="spellStart"/>
      <w:r>
        <w:rPr>
          <w:rFonts w:ascii="Times New Roman" w:hAnsi="Times New Roman"/>
          <w:sz w:val="18"/>
        </w:rPr>
        <w:t>Prezenta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declarație</w:t>
      </w:r>
      <w:proofErr w:type="spellEnd"/>
      <w:r>
        <w:rPr>
          <w:rFonts w:ascii="Times New Roman" w:hAnsi="Times New Roman"/>
          <w:sz w:val="18"/>
        </w:rPr>
        <w:t xml:space="preserve"> se </w:t>
      </w:r>
      <w:proofErr w:type="spellStart"/>
      <w:r>
        <w:rPr>
          <w:rFonts w:ascii="Times New Roman" w:hAnsi="Times New Roman"/>
          <w:sz w:val="18"/>
        </w:rPr>
        <w:t>completează</w:t>
      </w:r>
      <w:proofErr w:type="spellEnd"/>
      <w:r>
        <w:rPr>
          <w:rFonts w:ascii="Times New Roman" w:hAnsi="Times New Roman"/>
          <w:sz w:val="18"/>
        </w:rPr>
        <w:t xml:space="preserve"> la </w:t>
      </w:r>
      <w:proofErr w:type="spellStart"/>
      <w:r>
        <w:rPr>
          <w:rFonts w:ascii="Times New Roman" w:hAnsi="Times New Roman"/>
          <w:sz w:val="18"/>
        </w:rPr>
        <w:t>fiecare</w:t>
      </w:r>
      <w:proofErr w:type="spellEnd"/>
      <w:r>
        <w:rPr>
          <w:rFonts w:ascii="Times New Roman" w:hAnsi="Times New Roman"/>
          <w:sz w:val="18"/>
        </w:rPr>
        <w:t xml:space="preserve"> import.</w:t>
      </w:r>
    </w:p>
    <w:p w14:paraId="21AA42B1" w14:textId="77777777" w:rsidR="00FE1EF9" w:rsidRDefault="00000000">
      <w:pPr>
        <w:spacing w:after="20"/>
      </w:pPr>
      <w:r>
        <w:rPr>
          <w:rFonts w:ascii="Times New Roman" w:hAnsi="Times New Roman"/>
          <w:sz w:val="18"/>
        </w:rPr>
        <w:t xml:space="preserve">2. </w:t>
      </w:r>
      <w:proofErr w:type="spellStart"/>
      <w:r>
        <w:rPr>
          <w:rFonts w:ascii="Times New Roman" w:hAnsi="Times New Roman"/>
          <w:sz w:val="18"/>
        </w:rPr>
        <w:t>Declarația</w:t>
      </w:r>
      <w:proofErr w:type="spellEnd"/>
      <w:r>
        <w:rPr>
          <w:rFonts w:ascii="Times New Roman" w:hAnsi="Times New Roman"/>
          <w:sz w:val="18"/>
        </w:rPr>
        <w:t xml:space="preserve"> se </w:t>
      </w:r>
      <w:proofErr w:type="spellStart"/>
      <w:r>
        <w:rPr>
          <w:rFonts w:ascii="Times New Roman" w:hAnsi="Times New Roman"/>
          <w:sz w:val="18"/>
        </w:rPr>
        <w:t>păstrează</w:t>
      </w:r>
      <w:proofErr w:type="spellEnd"/>
      <w:r>
        <w:rPr>
          <w:rFonts w:ascii="Times New Roman" w:hAnsi="Times New Roman"/>
          <w:sz w:val="18"/>
        </w:rPr>
        <w:t xml:space="preserve"> la </w:t>
      </w:r>
      <w:proofErr w:type="spellStart"/>
      <w:r>
        <w:rPr>
          <w:rFonts w:ascii="Times New Roman" w:hAnsi="Times New Roman"/>
          <w:sz w:val="18"/>
        </w:rPr>
        <w:t>sediul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Agenției</w:t>
      </w:r>
      <w:proofErr w:type="spellEnd"/>
      <w:r>
        <w:rPr>
          <w:rFonts w:ascii="Times New Roman" w:hAnsi="Times New Roman"/>
          <w:sz w:val="18"/>
        </w:rPr>
        <w:t xml:space="preserve"> de </w:t>
      </w:r>
      <w:proofErr w:type="spellStart"/>
      <w:r>
        <w:rPr>
          <w:rFonts w:ascii="Times New Roman" w:hAnsi="Times New Roman"/>
          <w:sz w:val="18"/>
        </w:rPr>
        <w:t>Mediu</w:t>
      </w:r>
      <w:proofErr w:type="spellEnd"/>
      <w:r>
        <w:rPr>
          <w:rFonts w:ascii="Times New Roman" w:hAnsi="Times New Roman"/>
          <w:sz w:val="18"/>
        </w:rPr>
        <w:t>.</w:t>
      </w:r>
    </w:p>
    <w:p w14:paraId="2D78863D" w14:textId="0287B7A4" w:rsidR="00FE1EF9" w:rsidRDefault="00000000" w:rsidP="007E36C1">
      <w:pPr>
        <w:spacing w:after="20"/>
      </w:pPr>
      <w:r>
        <w:rPr>
          <w:rFonts w:ascii="Times New Roman" w:hAnsi="Times New Roman"/>
          <w:sz w:val="18"/>
        </w:rPr>
        <w:t xml:space="preserve">3. </w:t>
      </w:r>
      <w:proofErr w:type="spellStart"/>
      <w:r>
        <w:rPr>
          <w:rFonts w:ascii="Times New Roman" w:hAnsi="Times New Roman"/>
          <w:sz w:val="18"/>
        </w:rPr>
        <w:t>Declarația</w:t>
      </w:r>
      <w:proofErr w:type="spellEnd"/>
      <w:r>
        <w:rPr>
          <w:rFonts w:ascii="Times New Roman" w:hAnsi="Times New Roman"/>
          <w:sz w:val="18"/>
        </w:rPr>
        <w:t xml:space="preserve"> care </w:t>
      </w:r>
      <w:proofErr w:type="spellStart"/>
      <w:r>
        <w:rPr>
          <w:rFonts w:ascii="Times New Roman" w:hAnsi="Times New Roman"/>
          <w:sz w:val="18"/>
        </w:rPr>
        <w:t>conține</w:t>
      </w:r>
      <w:proofErr w:type="spellEnd"/>
      <w:r>
        <w:rPr>
          <w:rFonts w:ascii="Times New Roman" w:hAnsi="Times New Roman"/>
          <w:sz w:val="18"/>
        </w:rPr>
        <w:t xml:space="preserve"> date false se </w:t>
      </w:r>
      <w:proofErr w:type="spellStart"/>
      <w:r>
        <w:rPr>
          <w:rFonts w:ascii="Times New Roman" w:hAnsi="Times New Roman"/>
          <w:sz w:val="18"/>
        </w:rPr>
        <w:t>pedepsește</w:t>
      </w:r>
      <w:proofErr w:type="spellEnd"/>
      <w:r>
        <w:rPr>
          <w:rFonts w:ascii="Times New Roman" w:hAnsi="Times New Roman"/>
          <w:sz w:val="18"/>
        </w:rPr>
        <w:t xml:space="preserve"> conform </w:t>
      </w:r>
      <w:proofErr w:type="spellStart"/>
      <w:r>
        <w:rPr>
          <w:rFonts w:ascii="Times New Roman" w:hAnsi="Times New Roman"/>
          <w:sz w:val="18"/>
        </w:rPr>
        <w:t>prevederilor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Codului</w:t>
      </w:r>
      <w:proofErr w:type="spellEnd"/>
      <w:r>
        <w:rPr>
          <w:rFonts w:ascii="Times New Roman" w:hAnsi="Times New Roman"/>
          <w:sz w:val="18"/>
        </w:rPr>
        <w:t xml:space="preserve"> penal nr. 985/2002</w:t>
      </w:r>
      <w:r w:rsidR="002A0C95">
        <w:rPr>
          <w:rFonts w:ascii="Times New Roman" w:hAnsi="Times New Roman"/>
          <w:sz w:val="18"/>
        </w:rPr>
        <w:t>.</w:t>
      </w:r>
    </w:p>
    <w:p w14:paraId="03C29812" w14:textId="77777777" w:rsidR="00FE1EF9" w:rsidRDefault="00000000">
      <w:pPr>
        <w:spacing w:after="160"/>
        <w:jc w:val="right"/>
        <w:rPr>
          <w:rFonts w:ascii="Times New Roman" w:hAnsi="Times New Roman"/>
          <w:i/>
          <w:sz w:val="20"/>
          <w:szCs w:val="20"/>
        </w:rPr>
      </w:pPr>
      <w:proofErr w:type="spellStart"/>
      <w:r w:rsidRPr="007E36C1">
        <w:rPr>
          <w:rFonts w:ascii="Times New Roman" w:hAnsi="Times New Roman"/>
          <w:i/>
          <w:sz w:val="20"/>
          <w:szCs w:val="20"/>
        </w:rPr>
        <w:lastRenderedPageBreak/>
        <w:t>Anexă</w:t>
      </w:r>
      <w:proofErr w:type="spellEnd"/>
      <w:r w:rsidRPr="007E36C1">
        <w:rPr>
          <w:rFonts w:ascii="Times New Roman" w:hAnsi="Times New Roman"/>
          <w:i/>
          <w:sz w:val="20"/>
          <w:szCs w:val="20"/>
        </w:rPr>
        <w:t xml:space="preserve"> la </w:t>
      </w:r>
      <w:proofErr w:type="spellStart"/>
      <w:r w:rsidRPr="007E36C1">
        <w:rPr>
          <w:rFonts w:ascii="Times New Roman" w:hAnsi="Times New Roman"/>
          <w:i/>
          <w:sz w:val="20"/>
          <w:szCs w:val="20"/>
        </w:rPr>
        <w:t>Declarația</w:t>
      </w:r>
      <w:proofErr w:type="spellEnd"/>
      <w:r w:rsidRPr="007E36C1">
        <w:rPr>
          <w:rFonts w:ascii="Times New Roman" w:hAnsi="Times New Roman"/>
          <w:i/>
          <w:sz w:val="20"/>
          <w:szCs w:val="20"/>
        </w:rPr>
        <w:t xml:space="preserve"> pe propria </w:t>
      </w:r>
      <w:proofErr w:type="spellStart"/>
      <w:r w:rsidRPr="007E36C1">
        <w:rPr>
          <w:rFonts w:ascii="Times New Roman" w:hAnsi="Times New Roman"/>
          <w:i/>
          <w:sz w:val="20"/>
          <w:szCs w:val="20"/>
        </w:rPr>
        <w:t>răspundere</w:t>
      </w:r>
      <w:proofErr w:type="spellEnd"/>
      <w:r w:rsidRPr="007E36C1">
        <w:rPr>
          <w:rFonts w:ascii="Times New Roman" w:hAnsi="Times New Roman"/>
          <w:i/>
          <w:sz w:val="20"/>
          <w:szCs w:val="20"/>
        </w:rPr>
        <w:br/>
      </w:r>
      <w:proofErr w:type="spellStart"/>
      <w:r w:rsidRPr="007E36C1">
        <w:rPr>
          <w:rFonts w:ascii="Times New Roman" w:hAnsi="Times New Roman"/>
          <w:i/>
          <w:sz w:val="20"/>
          <w:szCs w:val="20"/>
        </w:rPr>
        <w:t>privind</w:t>
      </w:r>
      <w:proofErr w:type="spellEnd"/>
      <w:r w:rsidRPr="007E36C1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E36C1">
        <w:rPr>
          <w:rFonts w:ascii="Times New Roman" w:hAnsi="Times New Roman"/>
          <w:i/>
          <w:sz w:val="20"/>
          <w:szCs w:val="20"/>
        </w:rPr>
        <w:t>gestionarea</w:t>
      </w:r>
      <w:proofErr w:type="spellEnd"/>
      <w:r w:rsidRPr="007E36C1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E36C1">
        <w:rPr>
          <w:rFonts w:ascii="Times New Roman" w:hAnsi="Times New Roman"/>
          <w:i/>
          <w:sz w:val="20"/>
          <w:szCs w:val="20"/>
        </w:rPr>
        <w:t>vehiculelor</w:t>
      </w:r>
      <w:proofErr w:type="spellEnd"/>
      <w:r w:rsidRPr="007E36C1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E36C1">
        <w:rPr>
          <w:rFonts w:ascii="Times New Roman" w:hAnsi="Times New Roman"/>
          <w:i/>
          <w:sz w:val="20"/>
          <w:szCs w:val="20"/>
        </w:rPr>
        <w:t>scoase</w:t>
      </w:r>
      <w:proofErr w:type="spellEnd"/>
      <w:r w:rsidRPr="007E36C1">
        <w:rPr>
          <w:rFonts w:ascii="Times New Roman" w:hAnsi="Times New Roman"/>
          <w:i/>
          <w:sz w:val="20"/>
          <w:szCs w:val="20"/>
        </w:rPr>
        <w:t xml:space="preserve"> din </w:t>
      </w:r>
      <w:proofErr w:type="spellStart"/>
      <w:r w:rsidRPr="007E36C1">
        <w:rPr>
          <w:rFonts w:ascii="Times New Roman" w:hAnsi="Times New Roman"/>
          <w:i/>
          <w:sz w:val="20"/>
          <w:szCs w:val="20"/>
        </w:rPr>
        <w:t>uz</w:t>
      </w:r>
      <w:proofErr w:type="spellEnd"/>
    </w:p>
    <w:p w14:paraId="4907B9E3" w14:textId="77777777" w:rsidR="0036054F" w:rsidRDefault="0036054F">
      <w:pPr>
        <w:spacing w:after="160"/>
        <w:jc w:val="right"/>
        <w:rPr>
          <w:rFonts w:ascii="Times New Roman" w:hAnsi="Times New Roman"/>
          <w:i/>
          <w:sz w:val="20"/>
          <w:szCs w:val="20"/>
        </w:rPr>
      </w:pPr>
    </w:p>
    <w:p w14:paraId="4D04ED08" w14:textId="77777777" w:rsidR="007E36C1" w:rsidRPr="007E36C1" w:rsidRDefault="007E36C1" w:rsidP="00586051">
      <w:pPr>
        <w:spacing w:after="160"/>
        <w:rPr>
          <w:sz w:val="20"/>
          <w:szCs w:val="20"/>
        </w:rPr>
      </w:pPr>
    </w:p>
    <w:p w14:paraId="5B50B012" w14:textId="724660EC" w:rsidR="00FE1EF9" w:rsidRPr="00586051" w:rsidRDefault="00000000" w:rsidP="00586051">
      <w:pPr>
        <w:spacing w:after="2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LISTA VEHICULELOR IMPORTATE PENTRU CONSUM PROPRIU</w:t>
      </w:r>
    </w:p>
    <w:tbl>
      <w:tblPr>
        <w:tblStyle w:val="TabelgrilLuminos"/>
        <w:tblW w:w="0" w:type="auto"/>
        <w:tblLayout w:type="fixed"/>
        <w:tblLook w:val="04A0" w:firstRow="1" w:lastRow="0" w:firstColumn="1" w:lastColumn="0" w:noHBand="0" w:noVBand="1"/>
      </w:tblPr>
      <w:tblGrid>
        <w:gridCol w:w="582"/>
        <w:gridCol w:w="2268"/>
        <w:gridCol w:w="4386"/>
        <w:gridCol w:w="2412"/>
      </w:tblGrid>
      <w:tr w:rsidR="00FE1EF9" w:rsidRPr="00586051" w14:paraId="2E062B29" w14:textId="77777777" w:rsidTr="00586051">
        <w:tc>
          <w:tcPr>
            <w:tcW w:w="582" w:type="dxa"/>
          </w:tcPr>
          <w:p w14:paraId="417F91F5" w14:textId="77777777" w:rsidR="00FE1EF9" w:rsidRPr="00586051" w:rsidRDefault="00000000">
            <w:pPr>
              <w:jc w:val="center"/>
              <w:rPr>
                <w:color w:val="000000" w:themeColor="text1"/>
                <w:sz w:val="24"/>
                <w:szCs w:val="28"/>
              </w:rPr>
            </w:pPr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Nr. d/o</w:t>
            </w:r>
          </w:p>
        </w:tc>
        <w:tc>
          <w:tcPr>
            <w:tcW w:w="2268" w:type="dxa"/>
          </w:tcPr>
          <w:p w14:paraId="560F41AA" w14:textId="77777777" w:rsidR="00FE1EF9" w:rsidRPr="00586051" w:rsidRDefault="00000000">
            <w:pPr>
              <w:jc w:val="center"/>
              <w:rPr>
                <w:color w:val="000000" w:themeColor="text1"/>
                <w:sz w:val="24"/>
                <w:szCs w:val="28"/>
              </w:rPr>
            </w:pPr>
            <w:proofErr w:type="spellStart"/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Categoria</w:t>
            </w:r>
            <w:proofErr w:type="spellEnd"/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 xml:space="preserve"> (M1/N1)</w:t>
            </w:r>
          </w:p>
        </w:tc>
        <w:tc>
          <w:tcPr>
            <w:tcW w:w="4386" w:type="dxa"/>
          </w:tcPr>
          <w:p w14:paraId="2256F28C" w14:textId="6A73AD67" w:rsidR="00FE1EF9" w:rsidRPr="00586051" w:rsidRDefault="00000000">
            <w:pPr>
              <w:jc w:val="center"/>
              <w:rPr>
                <w:color w:val="000000" w:themeColor="text1"/>
                <w:sz w:val="24"/>
                <w:szCs w:val="28"/>
              </w:rPr>
            </w:pPr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 xml:space="preserve">Model </w:t>
            </w:r>
            <w:proofErr w:type="spellStart"/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vehicul</w:t>
            </w:r>
            <w:proofErr w:type="spellEnd"/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 xml:space="preserve"> / </w:t>
            </w:r>
            <w:proofErr w:type="spellStart"/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marca</w:t>
            </w:r>
            <w:proofErr w:type="spellEnd"/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 xml:space="preserve"> / </w:t>
            </w:r>
            <w:r w:rsidR="0036054F"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 xml:space="preserve">Cod </w:t>
            </w:r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VIN</w:t>
            </w:r>
          </w:p>
        </w:tc>
        <w:tc>
          <w:tcPr>
            <w:tcW w:w="2412" w:type="dxa"/>
          </w:tcPr>
          <w:p w14:paraId="7CA3ABE3" w14:textId="0B761302" w:rsidR="00FE1EF9" w:rsidRPr="00586051" w:rsidRDefault="00000000">
            <w:pPr>
              <w:jc w:val="center"/>
              <w:rPr>
                <w:color w:val="000000" w:themeColor="text1"/>
                <w:sz w:val="24"/>
                <w:szCs w:val="28"/>
              </w:rPr>
            </w:pPr>
            <w:proofErr w:type="spellStart"/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Unități</w:t>
            </w:r>
            <w:proofErr w:type="spellEnd"/>
            <w:r w:rsidR="0036054F"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,</w:t>
            </w:r>
            <w:r w:rsidRPr="00586051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 xml:space="preserve"> kg </w:t>
            </w:r>
          </w:p>
        </w:tc>
      </w:tr>
      <w:tr w:rsidR="00FE1EF9" w:rsidRPr="00586051" w14:paraId="73098853" w14:textId="77777777" w:rsidTr="00586051">
        <w:trPr>
          <w:trHeight w:val="1390"/>
        </w:trPr>
        <w:tc>
          <w:tcPr>
            <w:tcW w:w="582" w:type="dxa"/>
          </w:tcPr>
          <w:p w14:paraId="3DB29BF0" w14:textId="77777777" w:rsidR="00FE1EF9" w:rsidRPr="00586051" w:rsidRDefault="00000000" w:rsidP="0036054F">
            <w:pPr>
              <w:jc w:val="center"/>
              <w:rPr>
                <w:color w:val="000000" w:themeColor="text1"/>
                <w:sz w:val="24"/>
                <w:szCs w:val="28"/>
              </w:rPr>
            </w:pPr>
            <w:r w:rsidRPr="00586051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</w:t>
            </w:r>
          </w:p>
        </w:tc>
        <w:tc>
          <w:tcPr>
            <w:tcW w:w="2268" w:type="dxa"/>
          </w:tcPr>
          <w:p w14:paraId="08150A14" w14:textId="2FA031D9" w:rsidR="00FE1EF9" w:rsidRPr="00586051" w:rsidRDefault="00FE1EF9">
            <w:pPr>
              <w:jc w:val="center"/>
              <w:rPr>
                <w:color w:val="000000" w:themeColor="text1"/>
                <w:sz w:val="24"/>
                <w:szCs w:val="28"/>
              </w:rPr>
            </w:pPr>
          </w:p>
        </w:tc>
        <w:tc>
          <w:tcPr>
            <w:tcW w:w="4386" w:type="dxa"/>
          </w:tcPr>
          <w:p w14:paraId="2A30441C" w14:textId="240DD8C4" w:rsidR="00FE1EF9" w:rsidRPr="00586051" w:rsidRDefault="00000000">
            <w:pPr>
              <w:jc w:val="center"/>
              <w:rPr>
                <w:color w:val="000000" w:themeColor="text1"/>
                <w:sz w:val="24"/>
                <w:szCs w:val="28"/>
              </w:rPr>
            </w:pPr>
            <w:r w:rsidRPr="00586051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br/>
            </w:r>
          </w:p>
        </w:tc>
        <w:tc>
          <w:tcPr>
            <w:tcW w:w="2412" w:type="dxa"/>
          </w:tcPr>
          <w:p w14:paraId="18B1AB69" w14:textId="0824BE5B" w:rsidR="00FE1EF9" w:rsidRPr="0070523B" w:rsidRDefault="00705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70523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</w:t>
            </w:r>
            <w:proofErr w:type="spellStart"/>
            <w:proofErr w:type="gramStart"/>
            <w:r w:rsidRPr="0070523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buc</w:t>
            </w:r>
            <w:proofErr w:type="spellEnd"/>
            <w:proofErr w:type="gramEnd"/>
            <w:r w:rsidRPr="0070523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.) / (kg)</w:t>
            </w:r>
          </w:p>
        </w:tc>
      </w:tr>
    </w:tbl>
    <w:p w14:paraId="7A2D66F1" w14:textId="77777777" w:rsidR="00FE1EF9" w:rsidRDefault="00FE1EF9">
      <w:pPr>
        <w:spacing w:before="480" w:after="80"/>
      </w:pPr>
    </w:p>
    <w:p w14:paraId="0FA93111" w14:textId="77777777" w:rsidR="0036054F" w:rsidRDefault="0036054F">
      <w:pPr>
        <w:spacing w:before="480" w:after="80"/>
      </w:pPr>
    </w:p>
    <w:p w14:paraId="2009A77C" w14:textId="77777777" w:rsidR="0036054F" w:rsidRDefault="0036054F">
      <w:pPr>
        <w:spacing w:before="480"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3312"/>
        <w:gridCol w:w="3168"/>
      </w:tblGrid>
      <w:tr w:rsidR="00FE1EF9" w14:paraId="669DFF4D" w14:textId="77777777">
        <w:trPr>
          <w:jc w:val="center"/>
        </w:trPr>
        <w:tc>
          <w:tcPr>
            <w:tcW w:w="2880" w:type="dxa"/>
          </w:tcPr>
          <w:p w14:paraId="3AD31C9E" w14:textId="77777777" w:rsidR="00FE1EF9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0"/>
              </w:rPr>
              <w:t>Data:</w:t>
            </w:r>
          </w:p>
        </w:tc>
        <w:tc>
          <w:tcPr>
            <w:tcW w:w="3312" w:type="dxa"/>
          </w:tcPr>
          <w:p w14:paraId="4FFDB6FC" w14:textId="77777777" w:rsidR="00FE1EF9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prenumele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3168" w:type="dxa"/>
          </w:tcPr>
          <w:p w14:paraId="5361B65D" w14:textId="77777777" w:rsidR="00FE1EF9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Semnătura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ştampila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FE1EF9" w14:paraId="61F9A0EC" w14:textId="77777777">
        <w:trPr>
          <w:jc w:val="center"/>
        </w:trPr>
        <w:tc>
          <w:tcPr>
            <w:tcW w:w="2880" w:type="dxa"/>
          </w:tcPr>
          <w:p w14:paraId="56580DEE" w14:textId="6A20843F" w:rsidR="00FE1EF9" w:rsidRDefault="0036054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</w:t>
            </w:r>
            <w:r w:rsidR="00CC052B">
              <w:rPr>
                <w:rFonts w:ascii="Times New Roman" w:hAnsi="Times New Roman"/>
                <w:sz w:val="20"/>
              </w:rPr>
              <w:t>__</w:t>
            </w:r>
            <w:r>
              <w:rPr>
                <w:rFonts w:ascii="Times New Roman" w:hAnsi="Times New Roman"/>
                <w:sz w:val="20"/>
              </w:rPr>
              <w:t>_</w:t>
            </w:r>
          </w:p>
        </w:tc>
        <w:tc>
          <w:tcPr>
            <w:tcW w:w="3312" w:type="dxa"/>
          </w:tcPr>
          <w:p w14:paraId="0B1B3EF4" w14:textId="77777777" w:rsidR="00FE1EF9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  <w:tc>
          <w:tcPr>
            <w:tcW w:w="3168" w:type="dxa"/>
          </w:tcPr>
          <w:p w14:paraId="2F4AC1CD" w14:textId="77777777" w:rsidR="00FE1EF9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</w:tr>
    </w:tbl>
    <w:p w14:paraId="409F7A91" w14:textId="77777777" w:rsidR="00E172D2" w:rsidRDefault="00E172D2"/>
    <w:sectPr w:rsidR="00E172D2" w:rsidSect="007E36C1">
      <w:pgSz w:w="12240" w:h="15840"/>
      <w:pgMar w:top="1152" w:right="1325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F922C8"/>
    <w:multiLevelType w:val="hybridMultilevel"/>
    <w:tmpl w:val="7714C68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F3A7A"/>
    <w:multiLevelType w:val="hybridMultilevel"/>
    <w:tmpl w:val="50F8A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092665">
    <w:abstractNumId w:val="8"/>
  </w:num>
  <w:num w:numId="2" w16cid:durableId="1259753254">
    <w:abstractNumId w:val="6"/>
  </w:num>
  <w:num w:numId="3" w16cid:durableId="159732033">
    <w:abstractNumId w:val="5"/>
  </w:num>
  <w:num w:numId="4" w16cid:durableId="510490650">
    <w:abstractNumId w:val="4"/>
  </w:num>
  <w:num w:numId="5" w16cid:durableId="1624657441">
    <w:abstractNumId w:val="7"/>
  </w:num>
  <w:num w:numId="6" w16cid:durableId="2121294186">
    <w:abstractNumId w:val="3"/>
  </w:num>
  <w:num w:numId="7" w16cid:durableId="123355134">
    <w:abstractNumId w:val="2"/>
  </w:num>
  <w:num w:numId="8" w16cid:durableId="509108247">
    <w:abstractNumId w:val="1"/>
  </w:num>
  <w:num w:numId="9" w16cid:durableId="1780643965">
    <w:abstractNumId w:val="0"/>
  </w:num>
  <w:num w:numId="10" w16cid:durableId="1230383465">
    <w:abstractNumId w:val="10"/>
  </w:num>
  <w:num w:numId="11" w16cid:durableId="6740383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99E"/>
    <w:rsid w:val="0015074B"/>
    <w:rsid w:val="00192AA4"/>
    <w:rsid w:val="0029639D"/>
    <w:rsid w:val="002A0C95"/>
    <w:rsid w:val="00326F90"/>
    <w:rsid w:val="0036054F"/>
    <w:rsid w:val="00407D52"/>
    <w:rsid w:val="004624AA"/>
    <w:rsid w:val="00586051"/>
    <w:rsid w:val="0070523B"/>
    <w:rsid w:val="007E36C1"/>
    <w:rsid w:val="0095709B"/>
    <w:rsid w:val="00AA1D8D"/>
    <w:rsid w:val="00B47730"/>
    <w:rsid w:val="00BA6E02"/>
    <w:rsid w:val="00CB0664"/>
    <w:rsid w:val="00CC052B"/>
    <w:rsid w:val="00DC58D6"/>
    <w:rsid w:val="00E172D2"/>
    <w:rsid w:val="00EB7B93"/>
    <w:rsid w:val="00F00668"/>
    <w:rsid w:val="00FB37F1"/>
    <w:rsid w:val="00FC693F"/>
    <w:rsid w:val="00FE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EFD408"/>
  <w14:defaultImageDpi w14:val="300"/>
  <w15:docId w15:val="{8EBAFDD9-DF07-43EA-8F8C-82CF09BD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95709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5709B"/>
    <w:rPr>
      <w:color w:val="605E5C"/>
      <w:shd w:val="clear" w:color="auto" w:fill="E1DFDD"/>
    </w:rPr>
  </w:style>
  <w:style w:type="table" w:styleId="TabelgrilLuminos">
    <w:name w:val="Grid Table Light"/>
    <w:basedOn w:val="TabelNormal"/>
    <w:uiPriority w:val="99"/>
    <w:rsid w:val="00586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m@am.gov.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 - Lenovo 45</cp:lastModifiedBy>
  <cp:revision>12</cp:revision>
  <dcterms:created xsi:type="dcterms:W3CDTF">2013-12-23T23:15:00Z</dcterms:created>
  <dcterms:modified xsi:type="dcterms:W3CDTF">2026-08-20T06:00:00Z</dcterms:modified>
  <cp:category/>
</cp:coreProperties>
</file>